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76AFE" w14:textId="77777777" w:rsidR="00FB0377" w:rsidRDefault="00FB0377">
      <w:pPr>
        <w:spacing w:before="840"/>
        <w:jc w:val="center"/>
        <w:rPr>
          <w:b/>
          <w:color w:val="0F6B78"/>
          <w:sz w:val="24"/>
        </w:rPr>
      </w:pPr>
    </w:p>
    <w:p w14:paraId="5175E3DF" w14:textId="3A92A591" w:rsidR="000C1BD0" w:rsidRPr="00063059" w:rsidRDefault="000C1BD0" w:rsidP="000C1BD0">
      <w:pPr>
        <w:pStyle w:val="Heading1"/>
        <w:jc w:val="center"/>
        <w:rPr>
          <w:sz w:val="48"/>
          <w:szCs w:val="48"/>
        </w:rPr>
      </w:pPr>
      <w:bookmarkStart w:id="0" w:name="_Toc242799989"/>
      <w:r w:rsidRPr="00063059">
        <w:rPr>
          <w:sz w:val="48"/>
          <w:szCs w:val="48"/>
        </w:rPr>
        <w:t>Open Government Partnership</w:t>
      </w:r>
      <w:bookmarkEnd w:id="0"/>
    </w:p>
    <w:p w14:paraId="3BDD2F98" w14:textId="77777777" w:rsidR="00EF1887" w:rsidRPr="00063059" w:rsidRDefault="00BA5A91">
      <w:pPr>
        <w:pStyle w:val="Title"/>
        <w:jc w:val="center"/>
        <w:rPr>
          <w:sz w:val="34"/>
          <w:szCs w:val="34"/>
        </w:rPr>
      </w:pPr>
      <w:r w:rsidRPr="00063059">
        <w:rPr>
          <w:sz w:val="34"/>
          <w:szCs w:val="34"/>
        </w:rPr>
        <w:t>Inform the development of Australia’s Fourth National Action Plan</w:t>
      </w:r>
    </w:p>
    <w:p w14:paraId="2C8A72C7" w14:textId="53D8AECA" w:rsidR="00EF1887" w:rsidRPr="000B163A" w:rsidRDefault="004A6203">
      <w:pPr>
        <w:jc w:val="center"/>
        <w:rPr>
          <w:sz w:val="18"/>
          <w:szCs w:val="20"/>
        </w:rPr>
      </w:pPr>
      <w:r w:rsidRPr="000B163A">
        <w:rPr>
          <w:color w:val="5B6573"/>
          <w:sz w:val="24"/>
          <w:szCs w:val="20"/>
        </w:rPr>
        <w:t>Word version</w:t>
      </w:r>
      <w:r w:rsidR="00BA5A91" w:rsidRPr="000B163A">
        <w:rPr>
          <w:color w:val="5B6573"/>
          <w:sz w:val="24"/>
          <w:szCs w:val="20"/>
        </w:rPr>
        <w:t xml:space="preserve"> </w:t>
      </w:r>
    </w:p>
    <w:tbl>
      <w:tblPr>
        <w:tblW w:w="0" w:type="auto"/>
        <w:jc w:val="center"/>
        <w:tblBorders>
          <w:top w:val="single" w:sz="6" w:space="0" w:color="1F4E79"/>
          <w:left w:val="single" w:sz="6" w:space="0" w:color="1F4E79"/>
          <w:bottom w:val="single" w:sz="6" w:space="0" w:color="1F4E79"/>
          <w:right w:val="single" w:sz="6" w:space="0" w:color="1F4E79"/>
          <w:insideH w:val="single" w:sz="6" w:space="0" w:color="1F4E79"/>
          <w:insideV w:val="single" w:sz="6" w:space="0" w:color="1F4E79"/>
        </w:tblBorders>
        <w:tblLook w:val="04A0" w:firstRow="1" w:lastRow="0" w:firstColumn="1" w:lastColumn="0" w:noHBand="0" w:noVBand="1"/>
      </w:tblPr>
      <w:tblGrid>
        <w:gridCol w:w="9848"/>
      </w:tblGrid>
      <w:tr w:rsidR="00EF1887" w14:paraId="3C469BB9" w14:textId="77777777">
        <w:trPr>
          <w:jc w:val="center"/>
        </w:trPr>
        <w:tc>
          <w:tcPr>
            <w:tcW w:w="10080" w:type="dxa"/>
            <w:shd w:val="clear" w:color="auto" w:fill="EAF2F8"/>
            <w:tcMar>
              <w:top w:w="120" w:type="dxa"/>
              <w:left w:w="140" w:type="dxa"/>
              <w:bottom w:w="120" w:type="dxa"/>
              <w:right w:w="140" w:type="dxa"/>
            </w:tcMar>
          </w:tcPr>
          <w:p w14:paraId="3F99F748" w14:textId="1C53310A" w:rsidR="00007CB9" w:rsidRDefault="00007CB9" w:rsidP="004A6203">
            <w:pPr>
              <w:spacing w:after="0"/>
            </w:pPr>
            <w:r>
              <w:t>T</w:t>
            </w:r>
            <w:r w:rsidR="004A6203">
              <w:t xml:space="preserve">his </w:t>
            </w:r>
            <w:r>
              <w:t xml:space="preserve">document is provided to assist you </w:t>
            </w:r>
            <w:r w:rsidR="004A6203">
              <w:t>to draft your response offline before completing the online survey</w:t>
            </w:r>
            <w:r>
              <w:t xml:space="preserve"> about Australia’s Fourth National Action Plan on our consultation hub at </w:t>
            </w:r>
            <w:hyperlink r:id="rId8" w:history="1">
              <w:r w:rsidR="00D91777" w:rsidRPr="000B163A">
                <w:rPr>
                  <w:rStyle w:val="Hyperlink"/>
                </w:rPr>
                <w:t>https://consultations.ag.gov.au/integrity/ogp-fnap</w:t>
              </w:r>
            </w:hyperlink>
            <w:r w:rsidR="004A6203">
              <w:t>.</w:t>
            </w:r>
            <w:r>
              <w:t xml:space="preserve"> </w:t>
            </w:r>
          </w:p>
          <w:p w14:paraId="2771830E" w14:textId="77777777" w:rsidR="00007CB9" w:rsidRDefault="00007CB9" w:rsidP="004A6203">
            <w:pPr>
              <w:spacing w:after="0"/>
            </w:pPr>
          </w:p>
          <w:p w14:paraId="3381B5BB" w14:textId="489F6EFC" w:rsidR="004A6203" w:rsidRDefault="00007CB9" w:rsidP="004A6203">
            <w:pPr>
              <w:spacing w:after="0"/>
            </w:pPr>
            <w:r>
              <w:t>It is identical to the questions in the online survey.</w:t>
            </w:r>
          </w:p>
          <w:p w14:paraId="12259E3A" w14:textId="77777777" w:rsidR="004A6203" w:rsidRDefault="004A6203" w:rsidP="004A6203">
            <w:pPr>
              <w:spacing w:after="0"/>
            </w:pPr>
          </w:p>
          <w:p w14:paraId="4D3FCE5A" w14:textId="10881F1D" w:rsidR="00007CB9" w:rsidRDefault="004A6203" w:rsidP="004A6203">
            <w:pPr>
              <w:spacing w:after="0"/>
            </w:pPr>
            <w:r w:rsidRPr="00343407">
              <w:t>To support a consistent and efficient analysis process, the Attorney-General’s Department encourages all submissions to be made through the online survey.</w:t>
            </w:r>
            <w:r w:rsidRPr="004A6203">
              <w:t xml:space="preserve"> </w:t>
            </w:r>
            <w:r w:rsidR="00007CB9">
              <w:t xml:space="preserve">It would greatly assist us if you </w:t>
            </w:r>
            <w:proofErr w:type="gramStart"/>
            <w:r w:rsidR="00007CB9">
              <w:t>can</w:t>
            </w:r>
            <w:proofErr w:type="gramEnd"/>
            <w:r w:rsidR="00007CB9">
              <w:t xml:space="preserve"> input the </w:t>
            </w:r>
            <w:proofErr w:type="gramStart"/>
            <w:r w:rsidR="00007CB9">
              <w:t>completed</w:t>
            </w:r>
            <w:proofErr w:type="gramEnd"/>
            <w:r w:rsidR="00007CB9">
              <w:t xml:space="preserve"> responses to the online survey. </w:t>
            </w:r>
          </w:p>
          <w:p w14:paraId="56EC5A17" w14:textId="77777777" w:rsidR="00007CB9" w:rsidRDefault="00007CB9" w:rsidP="004A6203">
            <w:pPr>
              <w:spacing w:after="0"/>
            </w:pPr>
          </w:p>
          <w:p w14:paraId="4833E200" w14:textId="67AC4552" w:rsidR="004A6203" w:rsidRDefault="004A6203" w:rsidP="004A6203">
            <w:pPr>
              <w:spacing w:after="0"/>
            </w:pPr>
            <w:r w:rsidRPr="004A6203">
              <w:t xml:space="preserve">If you are unable to use the online survey, you may email </w:t>
            </w:r>
            <w:r>
              <w:t xml:space="preserve">the completed </w:t>
            </w:r>
            <w:r w:rsidR="00343407">
              <w:t>copy of this form</w:t>
            </w:r>
            <w:r w:rsidRPr="004A6203">
              <w:t xml:space="preserve"> to </w:t>
            </w:r>
            <w:hyperlink r:id="rId9" w:history="1">
              <w:r w:rsidRPr="00E40EF8">
                <w:rPr>
                  <w:rStyle w:val="Hyperlink"/>
                </w:rPr>
                <w:t>opengovernment@ag.gov.au</w:t>
              </w:r>
            </w:hyperlink>
            <w:r w:rsidRPr="004A6203">
              <w:t>.</w:t>
            </w:r>
          </w:p>
          <w:p w14:paraId="67EDA986" w14:textId="77777777" w:rsidR="004A6203" w:rsidRDefault="004A6203">
            <w:pPr>
              <w:spacing w:after="0"/>
            </w:pPr>
          </w:p>
          <w:p w14:paraId="71174D98" w14:textId="51BDE41D" w:rsidR="006C41BA" w:rsidRPr="004E5337" w:rsidRDefault="006C41BA">
            <w:pPr>
              <w:spacing w:after="0"/>
              <w:rPr>
                <w:b/>
                <w:bCs/>
                <w:u w:val="single"/>
              </w:rPr>
            </w:pPr>
            <w:r w:rsidRPr="004E5337">
              <w:rPr>
                <w:b/>
                <w:bCs/>
                <w:u w:val="single"/>
              </w:rPr>
              <w:t>Instructions for completing the form</w:t>
            </w:r>
          </w:p>
          <w:p w14:paraId="283CFED3" w14:textId="6B1CD0D3" w:rsidR="00963426" w:rsidRDefault="00BA5A91">
            <w:pPr>
              <w:spacing w:after="0"/>
            </w:pPr>
            <w:r>
              <w:t>Tick the relevant boxes and type or write your responses in the spaces provided.</w:t>
            </w:r>
            <w:r w:rsidR="00040D24">
              <w:t xml:space="preserve"> </w:t>
            </w:r>
          </w:p>
          <w:p w14:paraId="6ADDE682" w14:textId="77777777" w:rsidR="00963426" w:rsidRDefault="00963426">
            <w:pPr>
              <w:spacing w:after="0"/>
            </w:pPr>
          </w:p>
          <w:p w14:paraId="1C6205E8" w14:textId="0A81DCD9" w:rsidR="00343407" w:rsidRDefault="00A1523D">
            <w:pPr>
              <w:spacing w:after="0"/>
              <w:rPr>
                <w:lang w:val="en-AU"/>
              </w:rPr>
            </w:pPr>
            <w:r>
              <w:rPr>
                <w:lang w:val="en-AU"/>
              </w:rPr>
              <w:t xml:space="preserve">There </w:t>
            </w:r>
            <w:r w:rsidR="0076655A">
              <w:rPr>
                <w:lang w:val="en-AU"/>
              </w:rPr>
              <w:t xml:space="preserve">is one </w:t>
            </w:r>
            <w:r>
              <w:rPr>
                <w:lang w:val="en-AU"/>
              </w:rPr>
              <w:t>q</w:t>
            </w:r>
            <w:r w:rsidR="00963426" w:rsidRPr="00963426">
              <w:rPr>
                <w:lang w:val="en-AU"/>
              </w:rPr>
              <w:t xml:space="preserve">uestion marked </w:t>
            </w:r>
            <w:r w:rsidR="00963426" w:rsidRPr="00963426">
              <w:rPr>
                <w:b/>
                <w:bCs/>
                <w:lang w:val="en-AU"/>
              </w:rPr>
              <w:t>(Required)</w:t>
            </w:r>
            <w:r w:rsidR="0076655A">
              <w:rPr>
                <w:b/>
                <w:bCs/>
                <w:lang w:val="en-AU"/>
              </w:rPr>
              <w:t xml:space="preserve">, </w:t>
            </w:r>
            <w:r w:rsidR="004F7CF9" w:rsidRPr="004F7CF9">
              <w:rPr>
                <w:lang w:val="en-AU"/>
              </w:rPr>
              <w:t xml:space="preserve">the </w:t>
            </w:r>
            <w:r w:rsidR="004F7CF9" w:rsidRPr="004E5337">
              <w:rPr>
                <w:b/>
                <w:bCs/>
                <w:i/>
                <w:iCs/>
                <w:lang w:val="en-AU"/>
              </w:rPr>
              <w:t>Consent to publish your submission</w:t>
            </w:r>
            <w:r w:rsidR="004F7CF9" w:rsidRPr="004F7CF9">
              <w:rPr>
                <w:lang w:val="en-AU"/>
              </w:rPr>
              <w:t>.</w:t>
            </w:r>
            <w:r w:rsidR="007250B6">
              <w:rPr>
                <w:lang w:val="en-AU"/>
              </w:rPr>
              <w:t xml:space="preserve"> </w:t>
            </w:r>
          </w:p>
          <w:p w14:paraId="26ACE9A9" w14:textId="77777777" w:rsidR="00343407" w:rsidRDefault="00343407">
            <w:pPr>
              <w:spacing w:after="0"/>
              <w:rPr>
                <w:lang w:val="en-AU"/>
              </w:rPr>
            </w:pPr>
          </w:p>
          <w:p w14:paraId="1767AC04" w14:textId="6E4ABDB9" w:rsidR="00E27A84" w:rsidRDefault="00963426">
            <w:pPr>
              <w:spacing w:after="0"/>
              <w:rPr>
                <w:lang w:val="en-AU"/>
              </w:rPr>
            </w:pPr>
            <w:r w:rsidRPr="00963426">
              <w:rPr>
                <w:lang w:val="en-AU"/>
              </w:rPr>
              <w:t>All other questions are optional.</w:t>
            </w:r>
            <w:r w:rsidR="004F2012">
              <w:rPr>
                <w:lang w:val="en-AU"/>
              </w:rPr>
              <w:t xml:space="preserve"> </w:t>
            </w:r>
            <w:r w:rsidR="004F2012" w:rsidRPr="004F2012">
              <w:rPr>
                <w:lang w:val="en-AU"/>
              </w:rPr>
              <w:t>You may provide feedback on one</w:t>
            </w:r>
            <w:r w:rsidR="004E5337">
              <w:rPr>
                <w:lang w:val="en-AU"/>
              </w:rPr>
              <w:t xml:space="preserve"> or more of </w:t>
            </w:r>
            <w:r w:rsidR="004F2012" w:rsidRPr="004F2012">
              <w:rPr>
                <w:lang w:val="en-AU"/>
              </w:rPr>
              <w:t>the proposals.</w:t>
            </w:r>
          </w:p>
          <w:p w14:paraId="5D18F720" w14:textId="77777777" w:rsidR="00E27A84" w:rsidRDefault="00E27A84" w:rsidP="00E27A84">
            <w:pPr>
              <w:spacing w:after="0"/>
              <w:rPr>
                <w:lang w:val="en-AU"/>
              </w:rPr>
            </w:pPr>
          </w:p>
          <w:p w14:paraId="39CA35F4" w14:textId="67D0C010" w:rsidR="00EF1887" w:rsidRPr="004E5337" w:rsidRDefault="00E27A84">
            <w:pPr>
              <w:spacing w:after="0"/>
              <w:rPr>
                <w:lang w:val="en-AU"/>
              </w:rPr>
            </w:pPr>
            <w:r w:rsidRPr="00E27A84">
              <w:rPr>
                <w:lang w:val="en-AU"/>
              </w:rPr>
              <w:t>To help you navigate the survey, please refer to the table of contents below</w:t>
            </w:r>
            <w:r>
              <w:rPr>
                <w:lang w:val="en-AU"/>
              </w:rPr>
              <w:t>.</w:t>
            </w:r>
          </w:p>
        </w:tc>
      </w:tr>
    </w:tbl>
    <w:sdt>
      <w:sdtPr>
        <w:rPr>
          <w:rFonts w:ascii="Arial" w:eastAsia="Arial" w:hAnsi="Arial" w:cstheme="minorBidi"/>
          <w:b w:val="0"/>
          <w:bCs w:val="0"/>
          <w:color w:val="auto"/>
          <w:sz w:val="20"/>
          <w:szCs w:val="22"/>
        </w:rPr>
        <w:id w:val="-1713873407"/>
        <w:docPartObj>
          <w:docPartGallery w:val="Table of Contents"/>
          <w:docPartUnique/>
        </w:docPartObj>
      </w:sdtPr>
      <w:sdtEndPr>
        <w:rPr>
          <w:noProof/>
        </w:rPr>
      </w:sdtEndPr>
      <w:sdtContent>
        <w:p w14:paraId="0A04422A" w14:textId="52457029" w:rsidR="007F63DF" w:rsidRPr="000B163A" w:rsidRDefault="007F63DF" w:rsidP="000B163A">
          <w:pPr>
            <w:pStyle w:val="TOCHeading"/>
            <w:spacing w:line="240" w:lineRule="auto"/>
            <w:rPr>
              <w:sz w:val="28"/>
              <w:szCs w:val="22"/>
            </w:rPr>
          </w:pPr>
          <w:r w:rsidRPr="000B163A">
            <w:rPr>
              <w:sz w:val="28"/>
              <w:szCs w:val="22"/>
            </w:rPr>
            <w:t>Table of Contents</w:t>
          </w:r>
        </w:p>
        <w:p w14:paraId="73AA04DA" w14:textId="63036A1E" w:rsidR="007F63DF" w:rsidRDefault="007F63DF">
          <w:pPr>
            <w:pStyle w:val="TOC1"/>
            <w:tabs>
              <w:tab w:val="right" w:leader="dot" w:pos="9736"/>
            </w:tabs>
            <w:rPr>
              <w:noProof/>
            </w:rPr>
          </w:pPr>
          <w:r>
            <w:fldChar w:fldCharType="begin"/>
          </w:r>
          <w:r>
            <w:instrText xml:space="preserve"> TOC \o "1-3" \h \z \u </w:instrText>
          </w:r>
          <w:r>
            <w:fldChar w:fldCharType="separate"/>
          </w:r>
          <w:hyperlink w:anchor="_Toc242799989" w:history="1">
            <w:r w:rsidRPr="007A6AF7">
              <w:rPr>
                <w:rStyle w:val="Hyperlink"/>
                <w:noProof/>
              </w:rPr>
              <w:t>Open Government Partnership</w:t>
            </w:r>
            <w:r>
              <w:rPr>
                <w:noProof/>
                <w:webHidden/>
              </w:rPr>
              <w:tab/>
            </w:r>
            <w:r>
              <w:rPr>
                <w:noProof/>
                <w:webHidden/>
              </w:rPr>
              <w:fldChar w:fldCharType="begin"/>
            </w:r>
            <w:r>
              <w:rPr>
                <w:noProof/>
                <w:webHidden/>
              </w:rPr>
              <w:instrText xml:space="preserve"> PAGEREF _Toc242799989 \h </w:instrText>
            </w:r>
            <w:r>
              <w:rPr>
                <w:noProof/>
                <w:webHidden/>
              </w:rPr>
            </w:r>
            <w:r>
              <w:rPr>
                <w:noProof/>
                <w:webHidden/>
              </w:rPr>
              <w:fldChar w:fldCharType="separate"/>
            </w:r>
            <w:r w:rsidR="00226247">
              <w:rPr>
                <w:noProof/>
                <w:webHidden/>
              </w:rPr>
              <w:t>1</w:t>
            </w:r>
            <w:r>
              <w:rPr>
                <w:noProof/>
                <w:webHidden/>
              </w:rPr>
              <w:fldChar w:fldCharType="end"/>
            </w:r>
          </w:hyperlink>
        </w:p>
        <w:p w14:paraId="5C8905C5" w14:textId="31E1C674" w:rsidR="007F63DF" w:rsidRDefault="007F63DF">
          <w:pPr>
            <w:pStyle w:val="TOC1"/>
            <w:tabs>
              <w:tab w:val="right" w:leader="dot" w:pos="9736"/>
            </w:tabs>
            <w:rPr>
              <w:noProof/>
            </w:rPr>
          </w:pPr>
          <w:hyperlink w:anchor="_Toc242799990" w:history="1">
            <w:r w:rsidRPr="007A6AF7">
              <w:rPr>
                <w:rStyle w:val="Hyperlink"/>
                <w:noProof/>
              </w:rPr>
              <w:t>Overview</w:t>
            </w:r>
            <w:r>
              <w:rPr>
                <w:noProof/>
                <w:webHidden/>
              </w:rPr>
              <w:tab/>
            </w:r>
            <w:r>
              <w:rPr>
                <w:noProof/>
                <w:webHidden/>
              </w:rPr>
              <w:fldChar w:fldCharType="begin"/>
            </w:r>
            <w:r>
              <w:rPr>
                <w:noProof/>
                <w:webHidden/>
              </w:rPr>
              <w:instrText xml:space="preserve"> PAGEREF _Toc242799990 \h </w:instrText>
            </w:r>
            <w:r>
              <w:rPr>
                <w:noProof/>
                <w:webHidden/>
              </w:rPr>
            </w:r>
            <w:r>
              <w:rPr>
                <w:noProof/>
                <w:webHidden/>
              </w:rPr>
              <w:fldChar w:fldCharType="separate"/>
            </w:r>
            <w:r w:rsidR="00226247">
              <w:rPr>
                <w:noProof/>
                <w:webHidden/>
              </w:rPr>
              <w:t>2</w:t>
            </w:r>
            <w:r>
              <w:rPr>
                <w:noProof/>
                <w:webHidden/>
              </w:rPr>
              <w:fldChar w:fldCharType="end"/>
            </w:r>
          </w:hyperlink>
        </w:p>
        <w:p w14:paraId="46B463F3" w14:textId="75F8FCFC" w:rsidR="007F63DF" w:rsidRDefault="007F63DF">
          <w:pPr>
            <w:pStyle w:val="TOC1"/>
            <w:tabs>
              <w:tab w:val="right" w:leader="dot" w:pos="9736"/>
            </w:tabs>
            <w:rPr>
              <w:noProof/>
            </w:rPr>
          </w:pPr>
          <w:hyperlink w:anchor="_Toc242799995" w:history="1">
            <w:r w:rsidRPr="007A6AF7">
              <w:rPr>
                <w:rStyle w:val="Hyperlink"/>
                <w:noProof/>
              </w:rPr>
              <w:t>Consent to publish your submission</w:t>
            </w:r>
            <w:r>
              <w:rPr>
                <w:rStyle w:val="Hyperlink"/>
                <w:noProof/>
              </w:rPr>
              <w:t xml:space="preserve"> </w:t>
            </w:r>
            <w:r w:rsidRPr="004E5337">
              <w:rPr>
                <w:rStyle w:val="Hyperlink"/>
                <w:b/>
                <w:bCs/>
                <w:noProof/>
              </w:rPr>
              <w:t>(Required)</w:t>
            </w:r>
            <w:r>
              <w:rPr>
                <w:noProof/>
                <w:webHidden/>
              </w:rPr>
              <w:tab/>
            </w:r>
            <w:r>
              <w:rPr>
                <w:noProof/>
                <w:webHidden/>
              </w:rPr>
              <w:fldChar w:fldCharType="begin"/>
            </w:r>
            <w:r>
              <w:rPr>
                <w:noProof/>
                <w:webHidden/>
              </w:rPr>
              <w:instrText xml:space="preserve"> PAGEREF _Toc242799995 \h </w:instrText>
            </w:r>
            <w:r>
              <w:rPr>
                <w:noProof/>
                <w:webHidden/>
              </w:rPr>
            </w:r>
            <w:r>
              <w:rPr>
                <w:noProof/>
                <w:webHidden/>
              </w:rPr>
              <w:fldChar w:fldCharType="separate"/>
            </w:r>
            <w:r w:rsidR="00226247">
              <w:rPr>
                <w:noProof/>
                <w:webHidden/>
              </w:rPr>
              <w:t>3</w:t>
            </w:r>
            <w:r>
              <w:rPr>
                <w:noProof/>
                <w:webHidden/>
              </w:rPr>
              <w:fldChar w:fldCharType="end"/>
            </w:r>
          </w:hyperlink>
        </w:p>
        <w:p w14:paraId="116B4708" w14:textId="6A31FF0F" w:rsidR="007F63DF" w:rsidRDefault="007F63DF">
          <w:pPr>
            <w:pStyle w:val="TOC1"/>
            <w:tabs>
              <w:tab w:val="right" w:leader="dot" w:pos="9736"/>
            </w:tabs>
            <w:rPr>
              <w:noProof/>
            </w:rPr>
          </w:pPr>
          <w:hyperlink w:anchor="_Toc242799996" w:history="1">
            <w:r w:rsidRPr="007A6AF7">
              <w:rPr>
                <w:rStyle w:val="Hyperlink"/>
                <w:noProof/>
              </w:rPr>
              <w:t>Questions about you</w:t>
            </w:r>
            <w:r>
              <w:rPr>
                <w:noProof/>
                <w:webHidden/>
              </w:rPr>
              <w:tab/>
            </w:r>
            <w:r>
              <w:rPr>
                <w:noProof/>
                <w:webHidden/>
              </w:rPr>
              <w:fldChar w:fldCharType="begin"/>
            </w:r>
            <w:r>
              <w:rPr>
                <w:noProof/>
                <w:webHidden/>
              </w:rPr>
              <w:instrText xml:space="preserve"> PAGEREF _Toc242799996 \h </w:instrText>
            </w:r>
            <w:r>
              <w:rPr>
                <w:noProof/>
                <w:webHidden/>
              </w:rPr>
            </w:r>
            <w:r>
              <w:rPr>
                <w:noProof/>
                <w:webHidden/>
              </w:rPr>
              <w:fldChar w:fldCharType="separate"/>
            </w:r>
            <w:r w:rsidR="00226247">
              <w:rPr>
                <w:noProof/>
                <w:webHidden/>
              </w:rPr>
              <w:t>3</w:t>
            </w:r>
            <w:r>
              <w:rPr>
                <w:noProof/>
                <w:webHidden/>
              </w:rPr>
              <w:fldChar w:fldCharType="end"/>
            </w:r>
          </w:hyperlink>
        </w:p>
        <w:p w14:paraId="5B90CB02" w14:textId="39C9D8BC" w:rsidR="007F63DF" w:rsidRDefault="007F63DF" w:rsidP="00E27A84">
          <w:pPr>
            <w:pStyle w:val="TOC1"/>
            <w:tabs>
              <w:tab w:val="right" w:leader="dot" w:pos="9736"/>
            </w:tabs>
            <w:ind w:left="720"/>
            <w:rPr>
              <w:noProof/>
            </w:rPr>
          </w:pPr>
          <w:hyperlink w:anchor="_Toc242799997" w:history="1">
            <w:r w:rsidRPr="007A6AF7">
              <w:rPr>
                <w:rStyle w:val="Hyperlink"/>
                <w:noProof/>
              </w:rPr>
              <w:t>Proposed Commitment 1: Delivering Australia’s First Media Literacy Strategy</w:t>
            </w:r>
            <w:r>
              <w:rPr>
                <w:noProof/>
                <w:webHidden/>
              </w:rPr>
              <w:tab/>
            </w:r>
            <w:r>
              <w:rPr>
                <w:noProof/>
                <w:webHidden/>
              </w:rPr>
              <w:fldChar w:fldCharType="begin"/>
            </w:r>
            <w:r>
              <w:rPr>
                <w:noProof/>
                <w:webHidden/>
              </w:rPr>
              <w:instrText xml:space="preserve"> PAGEREF _Toc242799997 \h </w:instrText>
            </w:r>
            <w:r>
              <w:rPr>
                <w:noProof/>
                <w:webHidden/>
              </w:rPr>
            </w:r>
            <w:r>
              <w:rPr>
                <w:noProof/>
                <w:webHidden/>
              </w:rPr>
              <w:fldChar w:fldCharType="separate"/>
            </w:r>
            <w:r w:rsidR="00226247">
              <w:rPr>
                <w:noProof/>
                <w:webHidden/>
              </w:rPr>
              <w:t>5</w:t>
            </w:r>
            <w:r>
              <w:rPr>
                <w:noProof/>
                <w:webHidden/>
              </w:rPr>
              <w:fldChar w:fldCharType="end"/>
            </w:r>
          </w:hyperlink>
        </w:p>
        <w:p w14:paraId="5CC8E20B" w14:textId="14A4EC42" w:rsidR="007F63DF" w:rsidRDefault="007F63DF" w:rsidP="00E27A84">
          <w:pPr>
            <w:pStyle w:val="TOC1"/>
            <w:tabs>
              <w:tab w:val="right" w:leader="dot" w:pos="9736"/>
            </w:tabs>
            <w:ind w:left="720"/>
            <w:rPr>
              <w:noProof/>
            </w:rPr>
          </w:pPr>
          <w:hyperlink w:anchor="_Toc242799998" w:history="1">
            <w:r w:rsidRPr="007A6AF7">
              <w:rPr>
                <w:rStyle w:val="Hyperlink"/>
                <w:noProof/>
              </w:rPr>
              <w:t>Proposed Commitment 2: Strengthening Youth Engagement in Government Decision-Making</w:t>
            </w:r>
            <w:r>
              <w:rPr>
                <w:noProof/>
                <w:webHidden/>
              </w:rPr>
              <w:tab/>
            </w:r>
            <w:r>
              <w:rPr>
                <w:noProof/>
                <w:webHidden/>
              </w:rPr>
              <w:fldChar w:fldCharType="begin"/>
            </w:r>
            <w:r>
              <w:rPr>
                <w:noProof/>
                <w:webHidden/>
              </w:rPr>
              <w:instrText xml:space="preserve"> PAGEREF _Toc242799998 \h </w:instrText>
            </w:r>
            <w:r>
              <w:rPr>
                <w:noProof/>
                <w:webHidden/>
              </w:rPr>
            </w:r>
            <w:r>
              <w:rPr>
                <w:noProof/>
                <w:webHidden/>
              </w:rPr>
              <w:fldChar w:fldCharType="separate"/>
            </w:r>
            <w:r w:rsidR="00226247">
              <w:rPr>
                <w:noProof/>
                <w:webHidden/>
              </w:rPr>
              <w:t>6</w:t>
            </w:r>
            <w:r>
              <w:rPr>
                <w:noProof/>
                <w:webHidden/>
              </w:rPr>
              <w:fldChar w:fldCharType="end"/>
            </w:r>
          </w:hyperlink>
        </w:p>
        <w:p w14:paraId="2194A36E" w14:textId="18FCFDBC" w:rsidR="007F63DF" w:rsidRDefault="007F63DF" w:rsidP="00E27A84">
          <w:pPr>
            <w:pStyle w:val="TOC1"/>
            <w:tabs>
              <w:tab w:val="right" w:leader="dot" w:pos="9736"/>
            </w:tabs>
            <w:ind w:left="720"/>
            <w:rPr>
              <w:noProof/>
            </w:rPr>
          </w:pPr>
          <w:hyperlink w:anchor="_Toc242799999" w:history="1">
            <w:r w:rsidRPr="007A6AF7">
              <w:rPr>
                <w:rStyle w:val="Hyperlink"/>
                <w:noProof/>
              </w:rPr>
              <w:t>Proposed Commitment 3: Enhancing transparency of corporate ownership to build integrity and trust and reduce the risk of financial crime and corruption</w:t>
            </w:r>
            <w:r>
              <w:rPr>
                <w:noProof/>
                <w:webHidden/>
              </w:rPr>
              <w:tab/>
            </w:r>
            <w:r>
              <w:rPr>
                <w:noProof/>
                <w:webHidden/>
              </w:rPr>
              <w:fldChar w:fldCharType="begin"/>
            </w:r>
            <w:r>
              <w:rPr>
                <w:noProof/>
                <w:webHidden/>
              </w:rPr>
              <w:instrText xml:space="preserve"> PAGEREF _Toc242799999 \h </w:instrText>
            </w:r>
            <w:r>
              <w:rPr>
                <w:noProof/>
                <w:webHidden/>
              </w:rPr>
            </w:r>
            <w:r>
              <w:rPr>
                <w:noProof/>
                <w:webHidden/>
              </w:rPr>
              <w:fldChar w:fldCharType="separate"/>
            </w:r>
            <w:r w:rsidR="00226247">
              <w:rPr>
                <w:noProof/>
                <w:webHidden/>
              </w:rPr>
              <w:t>7</w:t>
            </w:r>
            <w:r>
              <w:rPr>
                <w:noProof/>
                <w:webHidden/>
              </w:rPr>
              <w:fldChar w:fldCharType="end"/>
            </w:r>
          </w:hyperlink>
        </w:p>
        <w:p w14:paraId="5E4E67DC" w14:textId="32219C64" w:rsidR="007F63DF" w:rsidRDefault="007F63DF" w:rsidP="00E27A84">
          <w:pPr>
            <w:pStyle w:val="TOC1"/>
            <w:tabs>
              <w:tab w:val="right" w:leader="dot" w:pos="9736"/>
            </w:tabs>
            <w:ind w:left="720"/>
            <w:rPr>
              <w:noProof/>
            </w:rPr>
          </w:pPr>
          <w:hyperlink w:anchor="_Toc242800000" w:history="1">
            <w:r w:rsidRPr="007A6AF7">
              <w:rPr>
                <w:rStyle w:val="Hyperlink"/>
                <w:noProof/>
              </w:rPr>
              <w:t>Proposed Commitment 4: Strengthening civic participation through collaborative design of model government engagement processes</w:t>
            </w:r>
            <w:r>
              <w:rPr>
                <w:noProof/>
                <w:webHidden/>
              </w:rPr>
              <w:tab/>
            </w:r>
            <w:r>
              <w:rPr>
                <w:noProof/>
                <w:webHidden/>
              </w:rPr>
              <w:fldChar w:fldCharType="begin"/>
            </w:r>
            <w:r>
              <w:rPr>
                <w:noProof/>
                <w:webHidden/>
              </w:rPr>
              <w:instrText xml:space="preserve"> PAGEREF _Toc242800000 \h </w:instrText>
            </w:r>
            <w:r>
              <w:rPr>
                <w:noProof/>
                <w:webHidden/>
              </w:rPr>
            </w:r>
            <w:r>
              <w:rPr>
                <w:noProof/>
                <w:webHidden/>
              </w:rPr>
              <w:fldChar w:fldCharType="separate"/>
            </w:r>
            <w:r w:rsidR="00226247">
              <w:rPr>
                <w:noProof/>
                <w:webHidden/>
              </w:rPr>
              <w:t>8</w:t>
            </w:r>
            <w:r>
              <w:rPr>
                <w:noProof/>
                <w:webHidden/>
              </w:rPr>
              <w:fldChar w:fldCharType="end"/>
            </w:r>
          </w:hyperlink>
        </w:p>
        <w:p w14:paraId="00F345E8" w14:textId="72E70C93" w:rsidR="007F63DF" w:rsidRDefault="007F63DF" w:rsidP="00E27A84">
          <w:pPr>
            <w:pStyle w:val="TOC1"/>
            <w:tabs>
              <w:tab w:val="right" w:leader="dot" w:pos="9736"/>
            </w:tabs>
            <w:ind w:left="720"/>
            <w:rPr>
              <w:noProof/>
            </w:rPr>
          </w:pPr>
          <w:hyperlink w:anchor="_Toc242800001" w:history="1">
            <w:r w:rsidRPr="007A6AF7">
              <w:rPr>
                <w:rStyle w:val="Hyperlink"/>
                <w:noProof/>
              </w:rPr>
              <w:t>Proposed Commitment 5: Enhancing transparency of AI and digital accessibility</w:t>
            </w:r>
            <w:r>
              <w:rPr>
                <w:noProof/>
                <w:webHidden/>
              </w:rPr>
              <w:tab/>
            </w:r>
            <w:r>
              <w:rPr>
                <w:noProof/>
                <w:webHidden/>
              </w:rPr>
              <w:fldChar w:fldCharType="begin"/>
            </w:r>
            <w:r>
              <w:rPr>
                <w:noProof/>
                <w:webHidden/>
              </w:rPr>
              <w:instrText xml:space="preserve"> PAGEREF _Toc242800001 \h </w:instrText>
            </w:r>
            <w:r>
              <w:rPr>
                <w:noProof/>
                <w:webHidden/>
              </w:rPr>
            </w:r>
            <w:r>
              <w:rPr>
                <w:noProof/>
                <w:webHidden/>
              </w:rPr>
              <w:fldChar w:fldCharType="separate"/>
            </w:r>
            <w:r w:rsidR="00226247">
              <w:rPr>
                <w:noProof/>
                <w:webHidden/>
              </w:rPr>
              <w:t>9</w:t>
            </w:r>
            <w:r>
              <w:rPr>
                <w:noProof/>
                <w:webHidden/>
              </w:rPr>
              <w:fldChar w:fldCharType="end"/>
            </w:r>
          </w:hyperlink>
        </w:p>
        <w:p w14:paraId="0FCD86BD" w14:textId="4A5951C6" w:rsidR="007F63DF" w:rsidRDefault="007F63DF" w:rsidP="00E27A84">
          <w:pPr>
            <w:pStyle w:val="TOC1"/>
            <w:tabs>
              <w:tab w:val="right" w:leader="dot" w:pos="9736"/>
            </w:tabs>
            <w:ind w:left="720"/>
            <w:rPr>
              <w:noProof/>
            </w:rPr>
          </w:pPr>
          <w:hyperlink w:anchor="_Toc242800002" w:history="1">
            <w:r w:rsidRPr="007A6AF7">
              <w:rPr>
                <w:rStyle w:val="Hyperlink"/>
                <w:noProof/>
              </w:rPr>
              <w:t>Proposed Commitment 6: Strengthening Commonwealth fraud and corruption control frameworks</w:t>
            </w:r>
            <w:r>
              <w:rPr>
                <w:noProof/>
                <w:webHidden/>
              </w:rPr>
              <w:tab/>
            </w:r>
            <w:r>
              <w:rPr>
                <w:noProof/>
                <w:webHidden/>
              </w:rPr>
              <w:fldChar w:fldCharType="begin"/>
            </w:r>
            <w:r>
              <w:rPr>
                <w:noProof/>
                <w:webHidden/>
              </w:rPr>
              <w:instrText xml:space="preserve"> PAGEREF _Toc242800002 \h </w:instrText>
            </w:r>
            <w:r>
              <w:rPr>
                <w:noProof/>
                <w:webHidden/>
              </w:rPr>
            </w:r>
            <w:r>
              <w:rPr>
                <w:noProof/>
                <w:webHidden/>
              </w:rPr>
              <w:fldChar w:fldCharType="separate"/>
            </w:r>
            <w:r w:rsidR="00226247">
              <w:rPr>
                <w:noProof/>
                <w:webHidden/>
              </w:rPr>
              <w:t>10</w:t>
            </w:r>
            <w:r>
              <w:rPr>
                <w:noProof/>
                <w:webHidden/>
              </w:rPr>
              <w:fldChar w:fldCharType="end"/>
            </w:r>
          </w:hyperlink>
        </w:p>
        <w:p w14:paraId="5AB6AFA4" w14:textId="52ED5895" w:rsidR="007F63DF" w:rsidRDefault="007F63DF" w:rsidP="00E27A84">
          <w:pPr>
            <w:pStyle w:val="TOC1"/>
            <w:tabs>
              <w:tab w:val="right" w:leader="dot" w:pos="9736"/>
            </w:tabs>
            <w:ind w:left="720"/>
            <w:rPr>
              <w:noProof/>
            </w:rPr>
          </w:pPr>
          <w:hyperlink w:anchor="_Toc242800003" w:history="1">
            <w:r w:rsidRPr="007A6AF7">
              <w:rPr>
                <w:rStyle w:val="Hyperlink"/>
                <w:noProof/>
              </w:rPr>
              <w:t>Proposed Commitment 7: Improving access to government information and communications for people with disability</w:t>
            </w:r>
            <w:r>
              <w:rPr>
                <w:noProof/>
                <w:webHidden/>
              </w:rPr>
              <w:tab/>
            </w:r>
            <w:r>
              <w:rPr>
                <w:noProof/>
                <w:webHidden/>
              </w:rPr>
              <w:fldChar w:fldCharType="begin"/>
            </w:r>
            <w:r>
              <w:rPr>
                <w:noProof/>
                <w:webHidden/>
              </w:rPr>
              <w:instrText xml:space="preserve"> PAGEREF _Toc242800003 \h </w:instrText>
            </w:r>
            <w:r>
              <w:rPr>
                <w:noProof/>
                <w:webHidden/>
              </w:rPr>
            </w:r>
            <w:r>
              <w:rPr>
                <w:noProof/>
                <w:webHidden/>
              </w:rPr>
              <w:fldChar w:fldCharType="separate"/>
            </w:r>
            <w:r w:rsidR="00226247">
              <w:rPr>
                <w:noProof/>
                <w:webHidden/>
              </w:rPr>
              <w:t>11</w:t>
            </w:r>
            <w:r>
              <w:rPr>
                <w:noProof/>
                <w:webHidden/>
              </w:rPr>
              <w:fldChar w:fldCharType="end"/>
            </w:r>
          </w:hyperlink>
        </w:p>
        <w:p w14:paraId="2BDC8423" w14:textId="5C6715AD" w:rsidR="000B163A" w:rsidRDefault="007F63DF" w:rsidP="000B163A">
          <w:pPr>
            <w:pStyle w:val="TOC1"/>
            <w:tabs>
              <w:tab w:val="right" w:leader="dot" w:pos="9736"/>
            </w:tabs>
            <w:rPr>
              <w:noProof/>
            </w:rPr>
          </w:pPr>
          <w:hyperlink w:anchor="_Toc242800004" w:history="1">
            <w:r w:rsidRPr="007A6AF7">
              <w:rPr>
                <w:rStyle w:val="Hyperlink"/>
                <w:noProof/>
              </w:rPr>
              <w:t>Understanding the importance of the potential commitments</w:t>
            </w:r>
            <w:r>
              <w:rPr>
                <w:rStyle w:val="Hyperlink"/>
                <w:noProof/>
              </w:rPr>
              <w:t xml:space="preserve"> </w:t>
            </w:r>
            <w:r>
              <w:rPr>
                <w:noProof/>
                <w:webHidden/>
              </w:rPr>
              <w:tab/>
            </w:r>
            <w:r>
              <w:rPr>
                <w:noProof/>
                <w:webHidden/>
              </w:rPr>
              <w:fldChar w:fldCharType="begin"/>
            </w:r>
            <w:r>
              <w:rPr>
                <w:noProof/>
                <w:webHidden/>
              </w:rPr>
              <w:instrText xml:space="preserve"> PAGEREF _Toc242800004 \h </w:instrText>
            </w:r>
            <w:r>
              <w:rPr>
                <w:noProof/>
                <w:webHidden/>
              </w:rPr>
            </w:r>
            <w:r>
              <w:rPr>
                <w:noProof/>
                <w:webHidden/>
              </w:rPr>
              <w:fldChar w:fldCharType="separate"/>
            </w:r>
            <w:r w:rsidR="00226247">
              <w:rPr>
                <w:noProof/>
                <w:webHidden/>
              </w:rPr>
              <w:t>12</w:t>
            </w:r>
            <w:r>
              <w:rPr>
                <w:noProof/>
                <w:webHidden/>
              </w:rPr>
              <w:fldChar w:fldCharType="end"/>
            </w:r>
          </w:hyperlink>
          <w:r>
            <w:rPr>
              <w:noProof/>
            </w:rPr>
            <w:fldChar w:fldCharType="end"/>
          </w:r>
        </w:p>
      </w:sdtContent>
    </w:sdt>
    <w:p w14:paraId="6C0E1DE5" w14:textId="77777777" w:rsidR="00EF1887" w:rsidRDefault="00BA5A91" w:rsidP="00811A5F">
      <w:pPr>
        <w:pStyle w:val="Heading1"/>
        <w:spacing w:before="0"/>
      </w:pPr>
      <w:bookmarkStart w:id="1" w:name="_Toc242799990"/>
      <w:r>
        <w:lastRenderedPageBreak/>
        <w:t>Overview</w:t>
      </w:r>
      <w:bookmarkEnd w:id="1"/>
    </w:p>
    <w:p w14:paraId="4EA20B56" w14:textId="77777777" w:rsidR="00EF1887" w:rsidRDefault="00BA5A91">
      <w:r>
        <w:t xml:space="preserve">The </w:t>
      </w:r>
      <w:hyperlink r:id="rId10">
        <w:r>
          <w:rPr>
            <w:color w:val="1F4E79"/>
            <w:u w:val="single"/>
          </w:rPr>
          <w:t>Open Government Partnership</w:t>
        </w:r>
      </w:hyperlink>
      <w:r>
        <w:t xml:space="preserve"> (OGP) is an international, multi-lateral initiative that aims to increase transparency, empower citizens, fight corruption and harness new technologies to strengthen governance.</w:t>
      </w:r>
    </w:p>
    <w:p w14:paraId="5B4952C6" w14:textId="605E88C3" w:rsidR="00EF1887" w:rsidRDefault="00BA5A91">
      <w:r>
        <w:t xml:space="preserve">Australia’s next national action plan will set out commitments that the government will deliver within a 2-year timeframe to achieve these goals. Australia has had 3 previous national action plans. Our </w:t>
      </w:r>
      <w:hyperlink r:id="rId11">
        <w:r>
          <w:rPr>
            <w:color w:val="1F4E79"/>
            <w:u w:val="single"/>
          </w:rPr>
          <w:t>Third National Action Plan</w:t>
        </w:r>
      </w:hyperlink>
      <w:r>
        <w:t xml:space="preserve"> (NAP3) ended on 31 December 2025. Australia’s </w:t>
      </w:r>
      <w:hyperlink r:id="rId12">
        <w:r>
          <w:rPr>
            <w:color w:val="1F4E79"/>
            <w:u w:val="single"/>
          </w:rPr>
          <w:t>Open Government Forum</w:t>
        </w:r>
      </w:hyperlink>
      <w:r>
        <w:t xml:space="preserve"> is now developing Australia’s </w:t>
      </w:r>
      <w:hyperlink r:id="rId13">
        <w:r>
          <w:rPr>
            <w:color w:val="1F4E79"/>
            <w:u w:val="single"/>
          </w:rPr>
          <w:t>Fourth National Action Plan</w:t>
        </w:r>
      </w:hyperlink>
      <w:r>
        <w:t xml:space="preserve"> (NAP4), to be </w:t>
      </w:r>
      <w:proofErr w:type="spellStart"/>
      <w:r w:rsidR="001F05A5">
        <w:t>finalised</w:t>
      </w:r>
      <w:proofErr w:type="spellEnd"/>
      <w:r>
        <w:t xml:space="preserve"> by the end of 2026.</w:t>
      </w:r>
    </w:p>
    <w:p w14:paraId="30122585" w14:textId="77777777" w:rsidR="00EF1887" w:rsidRDefault="00BA5A91">
      <w:r>
        <w:t xml:space="preserve">The Open Government Forum is made up of equal numbers of government and civil society members and establishes a space for ongoing dialogue and collaboration between the government, civil society and other non-governmental stakeholders, consistent with the </w:t>
      </w:r>
      <w:hyperlink r:id="rId14">
        <w:r>
          <w:rPr>
            <w:color w:val="1F4E79"/>
            <w:u w:val="single"/>
          </w:rPr>
          <w:t>Open Government Partnership Participation and Co-Creation Standards</w:t>
        </w:r>
      </w:hyperlink>
      <w:r>
        <w:t>. It helps make sure commitments in the National Action Plan reflect community priorities and promote greater transparency, accountability and public participation in government decision-making.</w:t>
      </w:r>
    </w:p>
    <w:p w14:paraId="0BD76E59" w14:textId="77777777" w:rsidR="00EF1887" w:rsidRDefault="00BA5A91">
      <w:pPr>
        <w:pStyle w:val="Heading1"/>
      </w:pPr>
      <w:bookmarkStart w:id="2" w:name="_Toc242799991"/>
      <w:r>
        <w:t>Developing the Fourth National Action Plan</w:t>
      </w:r>
      <w:bookmarkEnd w:id="2"/>
    </w:p>
    <w:p w14:paraId="3B1523BC" w14:textId="77777777" w:rsidR="00EF1887" w:rsidRDefault="00BA5A91">
      <w:r>
        <w:t>The Open Government Forum has developed potential commitments for inclusion in NAP4 that meet the following criteria:</w:t>
      </w:r>
    </w:p>
    <w:p w14:paraId="4966DD51" w14:textId="77777777" w:rsidR="00EF1887" w:rsidRDefault="00BA5A91">
      <w:pPr>
        <w:pStyle w:val="ListBullet"/>
      </w:pPr>
      <w:r>
        <w:t>Align with open government principles, including transparency, accountability, public participation and integrity.</w:t>
      </w:r>
    </w:p>
    <w:p w14:paraId="50D8FD65" w14:textId="77777777" w:rsidR="00EF1887" w:rsidRDefault="00BA5A91">
      <w:pPr>
        <w:pStyle w:val="ListBullet"/>
      </w:pPr>
      <w:r>
        <w:t xml:space="preserve">Are </w:t>
      </w:r>
      <w:r w:rsidRPr="00271709">
        <w:rPr>
          <w:b/>
          <w:bCs/>
        </w:rPr>
        <w:t>concrete, specific and feasible</w:t>
      </w:r>
      <w:r>
        <w:t xml:space="preserve">, with </w:t>
      </w:r>
      <w:r w:rsidRPr="00271709">
        <w:rPr>
          <w:b/>
          <w:bCs/>
        </w:rPr>
        <w:t>verifiable deliverables</w:t>
      </w:r>
      <w:r>
        <w:t>.</w:t>
      </w:r>
    </w:p>
    <w:p w14:paraId="44EF46CC" w14:textId="77777777" w:rsidR="00EF1887" w:rsidRDefault="00BA5A91">
      <w:pPr>
        <w:pStyle w:val="ListBullet"/>
      </w:pPr>
      <w:r>
        <w:t xml:space="preserve">Are achievable within the 2-year implementation period (January 2027 to December 2028), </w:t>
      </w:r>
      <w:proofErr w:type="gramStart"/>
      <w:r>
        <w:t>taking into account</w:t>
      </w:r>
      <w:proofErr w:type="gramEnd"/>
      <w:r>
        <w:t xml:space="preserve"> existing government priorities and policies, legislative settings, resources and implementation constraints.</w:t>
      </w:r>
    </w:p>
    <w:p w14:paraId="405601F7" w14:textId="77777777" w:rsidR="00EF1887" w:rsidRDefault="00BA5A91">
      <w:pPr>
        <w:pStyle w:val="ListBullet"/>
      </w:pPr>
      <w:r>
        <w:t>Are within the ability of a single Australian Government agency to deliver.</w:t>
      </w:r>
    </w:p>
    <w:p w14:paraId="48D034A3" w14:textId="77777777" w:rsidR="00EF1887" w:rsidRDefault="00BA5A91">
      <w:r>
        <w:t>Feedback received through this consultation process will be used to inform the priority of commitments and the composition of final commitments included in NAP4.</w:t>
      </w:r>
    </w:p>
    <w:p w14:paraId="7329689C" w14:textId="77777777" w:rsidR="00EF1887" w:rsidRDefault="00BA5A91">
      <w:pPr>
        <w:pStyle w:val="Heading2"/>
      </w:pPr>
      <w:bookmarkStart w:id="3" w:name="_Toc242799992"/>
      <w:r>
        <w:t>The potential commitments are:</w:t>
      </w:r>
      <w:bookmarkEnd w:id="3"/>
    </w:p>
    <w:p w14:paraId="13236CAB" w14:textId="64353890" w:rsidR="00EF1887" w:rsidRDefault="00BA5A91">
      <w:pPr>
        <w:pStyle w:val="ListNumber"/>
      </w:pPr>
      <w:r>
        <w:t>Delivering Australia’s First Media Literacy Strategy</w:t>
      </w:r>
    </w:p>
    <w:p w14:paraId="5EA3237E" w14:textId="4517D522" w:rsidR="00EF1887" w:rsidRDefault="00BA5A91">
      <w:pPr>
        <w:pStyle w:val="ListNumber"/>
      </w:pPr>
      <w:r>
        <w:t>Strengthening Youth Engagement in Government Decision-Making</w:t>
      </w:r>
    </w:p>
    <w:p w14:paraId="6E82ED4C" w14:textId="7923216D" w:rsidR="00EF1887" w:rsidRDefault="00BA5A91">
      <w:pPr>
        <w:pStyle w:val="ListNumber"/>
      </w:pPr>
      <w:r>
        <w:t>Enhancing transparency of corporate ownership to build integrity and trust and reduce the risk of financial crime and corruption</w:t>
      </w:r>
    </w:p>
    <w:p w14:paraId="51DC4272" w14:textId="4214520A" w:rsidR="00EF1887" w:rsidRDefault="00BA5A91">
      <w:pPr>
        <w:pStyle w:val="ListNumber"/>
      </w:pPr>
      <w:r>
        <w:t>Strengthening civic participation through collaborative design of model government engagement processes</w:t>
      </w:r>
    </w:p>
    <w:p w14:paraId="6FF51883" w14:textId="6B001D92" w:rsidR="00EF1887" w:rsidRDefault="00BA5A91">
      <w:pPr>
        <w:pStyle w:val="ListNumber"/>
      </w:pPr>
      <w:r>
        <w:t>Enhancing transparency of AI and digital accessibility</w:t>
      </w:r>
    </w:p>
    <w:p w14:paraId="020062BA" w14:textId="3EB0F903" w:rsidR="00EF1887" w:rsidRDefault="00BA5A91">
      <w:pPr>
        <w:pStyle w:val="ListNumber"/>
      </w:pPr>
      <w:r>
        <w:t>Strengthening Commonwealth fraud and corruption control frameworks</w:t>
      </w:r>
    </w:p>
    <w:p w14:paraId="3E1DC331" w14:textId="178F9A7C" w:rsidR="00EF1887" w:rsidRDefault="00BA5A91">
      <w:pPr>
        <w:pStyle w:val="ListNumber"/>
      </w:pPr>
      <w:r>
        <w:t>Improving access to government information and communications for people with disability</w:t>
      </w:r>
    </w:p>
    <w:p w14:paraId="24FCCE12" w14:textId="77777777" w:rsidR="00EF1887" w:rsidRDefault="00BA5A91" w:rsidP="00271709">
      <w:r>
        <w:t>Final NAP4 commitments are subject to Open Government Forum agreement and government approval.</w:t>
      </w:r>
    </w:p>
    <w:p w14:paraId="1E1DDB74" w14:textId="77777777" w:rsidR="00EF1887" w:rsidRDefault="00BA5A91">
      <w:pPr>
        <w:pStyle w:val="Heading1"/>
      </w:pPr>
      <w:bookmarkStart w:id="4" w:name="_Toc242799993"/>
      <w:r>
        <w:t>Who we want to hear from</w:t>
      </w:r>
      <w:bookmarkEnd w:id="4"/>
    </w:p>
    <w:p w14:paraId="4CE16A44" w14:textId="77777777" w:rsidR="00EF1887" w:rsidRDefault="00BA5A91">
      <w:r>
        <w:t>We are seeking feedback from all interested stakeholders and members of the public to inform the development of Australia’s next Open Government Partnership National Action Plan.</w:t>
      </w:r>
    </w:p>
    <w:p w14:paraId="39B4492F" w14:textId="77777777" w:rsidR="00EF1887" w:rsidRDefault="00BA5A91">
      <w:proofErr w:type="gramStart"/>
      <w:r>
        <w:t>In particular, we</w:t>
      </w:r>
      <w:proofErr w:type="gramEnd"/>
      <w:r>
        <w:t xml:space="preserve"> are seeking views on the importance of the proposed commitments in advancing open government and suggestions for how they should be implemented.</w:t>
      </w:r>
    </w:p>
    <w:p w14:paraId="643396B0" w14:textId="77777777" w:rsidR="00EF1887" w:rsidRDefault="00BA5A91">
      <w:r>
        <w:t>We want to know which of these potential commitments are most important to the public, and for each commitment:</w:t>
      </w:r>
    </w:p>
    <w:p w14:paraId="2E64DE37" w14:textId="77777777" w:rsidR="00271709" w:rsidRDefault="00BA5A91" w:rsidP="00271709">
      <w:pPr>
        <w:pStyle w:val="ListBullet"/>
        <w:tabs>
          <w:tab w:val="clear" w:pos="360"/>
        </w:tabs>
      </w:pPr>
      <w:r>
        <w:t>Is the topic of this commitment important to you?</w:t>
      </w:r>
    </w:p>
    <w:p w14:paraId="624A5587" w14:textId="5467D50B" w:rsidR="00EF1887" w:rsidRDefault="00BA5A91" w:rsidP="00271709">
      <w:pPr>
        <w:pStyle w:val="ListBullet"/>
        <w:tabs>
          <w:tab w:val="clear" w:pos="360"/>
        </w:tabs>
        <w:ind w:left="720"/>
      </w:pPr>
      <w:r>
        <w:t>Why or why not?</w:t>
      </w:r>
    </w:p>
    <w:p w14:paraId="74C94994" w14:textId="77777777" w:rsidR="00EF1887" w:rsidRDefault="00BA5A91">
      <w:pPr>
        <w:pStyle w:val="ListBullet"/>
      </w:pPr>
      <w:r>
        <w:t xml:space="preserve">How important are the possible benefits of </w:t>
      </w:r>
      <w:proofErr w:type="gramStart"/>
      <w:r>
        <w:t>the potential</w:t>
      </w:r>
      <w:proofErr w:type="gramEnd"/>
      <w:r>
        <w:t xml:space="preserve"> commitment?</w:t>
      </w:r>
    </w:p>
    <w:p w14:paraId="63719067" w14:textId="77777777" w:rsidR="00EF1887" w:rsidRDefault="00BA5A91">
      <w:pPr>
        <w:pStyle w:val="ListBullet"/>
      </w:pPr>
      <w:r>
        <w:t>Do you have any suggestions to modify the potential commitment to increase its benefits?</w:t>
      </w:r>
    </w:p>
    <w:p w14:paraId="2B3B15C4" w14:textId="77777777" w:rsidR="00EF1887" w:rsidRDefault="00BA5A91">
      <w:pPr>
        <w:pStyle w:val="ListBullet"/>
      </w:pPr>
      <w:r>
        <w:t>Do you have any concerns about possible negative impacts from the potential commitment?</w:t>
      </w:r>
    </w:p>
    <w:p w14:paraId="420E227A" w14:textId="77777777" w:rsidR="00EF1887" w:rsidRDefault="00BA5A91">
      <w:r>
        <w:t xml:space="preserve">Overall, which commitments should be </w:t>
      </w:r>
      <w:proofErr w:type="spellStart"/>
      <w:r>
        <w:t>prioritised</w:t>
      </w:r>
      <w:proofErr w:type="spellEnd"/>
      <w:r>
        <w:t xml:space="preserve"> for inclusion in NAP4?</w:t>
      </w:r>
    </w:p>
    <w:p w14:paraId="405F7CFE" w14:textId="77777777" w:rsidR="00EF1887" w:rsidRDefault="00BA5A91" w:rsidP="00271709">
      <w:pPr>
        <w:pStyle w:val="Heading1"/>
      </w:pPr>
      <w:bookmarkStart w:id="5" w:name="_Toc242799994"/>
      <w:r>
        <w:lastRenderedPageBreak/>
        <w:t>Consultation paper</w:t>
      </w:r>
      <w:bookmarkEnd w:id="5"/>
    </w:p>
    <w:p w14:paraId="77A1D5B5" w14:textId="52CA7250" w:rsidR="00EF1887" w:rsidRDefault="00C21E0D">
      <w:r>
        <w:t xml:space="preserve">The consultation paper can be found on our </w:t>
      </w:r>
      <w:r w:rsidR="00ED2CDA" w:rsidRPr="000B163A">
        <w:t>consultation hub</w:t>
      </w:r>
      <w:r w:rsidR="00ED2CDA">
        <w:t xml:space="preserve"> at </w:t>
      </w:r>
      <w:r w:rsidR="00ED2CDA" w:rsidRPr="006B5045">
        <w:rPr>
          <w:rStyle w:val="Hyperlink"/>
        </w:rPr>
        <w:t>https://consultations.ag.gov.au/integrity/ogp-fnap</w:t>
      </w:r>
      <w:r w:rsidR="00ED2CDA">
        <w:rPr>
          <w:rStyle w:val="Hyperlink"/>
        </w:rPr>
        <w:t>.</w:t>
      </w:r>
    </w:p>
    <w:p w14:paraId="7D03F1D4" w14:textId="77777777" w:rsidR="00EF1887" w:rsidRDefault="00BA5A91">
      <w:pPr>
        <w:pStyle w:val="Heading1"/>
      </w:pPr>
      <w:bookmarkStart w:id="6" w:name="_Toc242799995"/>
      <w:r>
        <w:t>Consent to publish your submission</w:t>
      </w:r>
      <w:bookmarkEnd w:id="6"/>
    </w:p>
    <w:p w14:paraId="037E1A34" w14:textId="77777777" w:rsidR="00EF1887" w:rsidRDefault="00BA5A91">
      <w:r>
        <w:t>For transparency, we aim to publish all responses to this consultation. This may include both full responses to questions posed in the consultation survey and any uploaded submissions. It may also include aggregated data drawn from the responses received.</w:t>
      </w:r>
    </w:p>
    <w:p w14:paraId="58DA469F" w14:textId="77777777" w:rsidR="00EF1887" w:rsidRDefault="00BA5A91">
      <w:r>
        <w:t>Where you consent to publication, we will include:</w:t>
      </w:r>
    </w:p>
    <w:p w14:paraId="0447C363" w14:textId="77777777" w:rsidR="00EF1887" w:rsidRDefault="00BA5A91">
      <w:pPr>
        <w:pStyle w:val="ListBullet"/>
      </w:pPr>
      <w:r w:rsidRPr="002B68B5">
        <w:rPr>
          <w:b/>
          <w:bCs/>
        </w:rPr>
        <w:t>your name</w:t>
      </w:r>
      <w:r>
        <w:t xml:space="preserve"> (if provided) if the submission is made by you as an individual</w:t>
      </w:r>
    </w:p>
    <w:p w14:paraId="3B0C592B" w14:textId="77777777" w:rsidR="00EF1887" w:rsidRDefault="00BA5A91">
      <w:pPr>
        <w:pStyle w:val="ListBullet"/>
      </w:pPr>
      <w:r w:rsidRPr="002B68B5">
        <w:rPr>
          <w:b/>
          <w:bCs/>
        </w:rPr>
        <w:t xml:space="preserve">name of the </w:t>
      </w:r>
      <w:proofErr w:type="spellStart"/>
      <w:r w:rsidRPr="002B68B5">
        <w:rPr>
          <w:b/>
          <w:bCs/>
        </w:rPr>
        <w:t>organisation</w:t>
      </w:r>
      <w:proofErr w:type="spellEnd"/>
      <w:r>
        <w:t xml:space="preserve"> (if provided) on whose behalf the submission has been made</w:t>
      </w:r>
    </w:p>
    <w:p w14:paraId="5F631F00" w14:textId="77777777" w:rsidR="00EF1887" w:rsidRDefault="00BA5A91">
      <w:pPr>
        <w:pStyle w:val="ListBullet"/>
      </w:pPr>
      <w:r w:rsidRPr="002B68B5">
        <w:rPr>
          <w:b/>
          <w:bCs/>
        </w:rPr>
        <w:t>your responses</w:t>
      </w:r>
      <w:r>
        <w:t xml:space="preserve"> and comments.</w:t>
      </w:r>
    </w:p>
    <w:p w14:paraId="2D765063" w14:textId="77777777" w:rsidR="00963426" w:rsidRDefault="00BA5A91">
      <w:pPr>
        <w:pStyle w:val="Question"/>
      </w:pPr>
      <w:r>
        <w:t xml:space="preserve">Do you give permission for your response to be published? </w:t>
      </w:r>
    </w:p>
    <w:p w14:paraId="60AEA0FE" w14:textId="15606102" w:rsidR="00EF1887" w:rsidRPr="004E5337" w:rsidRDefault="00BA5A91" w:rsidP="004E5337">
      <w:pPr>
        <w:pStyle w:val="Instruction"/>
        <w:rPr>
          <w:bCs/>
        </w:rPr>
      </w:pPr>
      <w:r w:rsidRPr="004E5337">
        <w:rPr>
          <w:b/>
          <w:bCs/>
        </w:rPr>
        <w:t>(Required)</w:t>
      </w:r>
    </w:p>
    <w:tbl>
      <w:tblPr>
        <w:tblW w:w="0" w:type="auto"/>
        <w:tblLook w:val="04A0" w:firstRow="1" w:lastRow="0" w:firstColumn="1" w:lastColumn="0" w:noHBand="0" w:noVBand="1"/>
      </w:tblPr>
      <w:tblGrid>
        <w:gridCol w:w="9864"/>
      </w:tblGrid>
      <w:tr w:rsidR="00EF1887" w14:paraId="33B8E1CD" w14:textId="77777777">
        <w:tc>
          <w:tcPr>
            <w:tcW w:w="10080" w:type="dxa"/>
            <w:tcMar>
              <w:top w:w="45" w:type="dxa"/>
              <w:left w:w="70" w:type="dxa"/>
              <w:bottom w:w="45" w:type="dxa"/>
              <w:right w:w="70" w:type="dxa"/>
            </w:tcMar>
            <w:vAlign w:val="center"/>
          </w:tcPr>
          <w:p w14:paraId="74562AF9" w14:textId="77777777" w:rsidR="00EF1887" w:rsidRDefault="00BA5A91">
            <w:pPr>
              <w:spacing w:after="0"/>
            </w:pPr>
            <w:proofErr w:type="gramStart"/>
            <w:r>
              <w:rPr>
                <w:rFonts w:ascii="DejaVu Sans" w:hAnsi="DejaVu Sans"/>
                <w:sz w:val="19"/>
              </w:rPr>
              <w:t>☐  Yes</w:t>
            </w:r>
            <w:proofErr w:type="gramEnd"/>
            <w:r>
              <w:rPr>
                <w:rFonts w:ascii="DejaVu Sans" w:hAnsi="DejaVu Sans"/>
                <w:sz w:val="19"/>
              </w:rPr>
              <w:t xml:space="preserve"> – I give permission for my response/submission to be published.</w:t>
            </w:r>
          </w:p>
        </w:tc>
      </w:tr>
      <w:tr w:rsidR="00EF1887" w14:paraId="1F7C5A8B" w14:textId="77777777">
        <w:tc>
          <w:tcPr>
            <w:tcW w:w="10080" w:type="dxa"/>
            <w:tcMar>
              <w:top w:w="45" w:type="dxa"/>
              <w:left w:w="70" w:type="dxa"/>
              <w:bottom w:w="45" w:type="dxa"/>
              <w:right w:w="70" w:type="dxa"/>
            </w:tcMar>
            <w:vAlign w:val="center"/>
          </w:tcPr>
          <w:p w14:paraId="6753FE6B" w14:textId="77777777" w:rsidR="00EF1887" w:rsidRDefault="00BA5A91">
            <w:pPr>
              <w:spacing w:after="0"/>
              <w:rPr>
                <w:rFonts w:ascii="DejaVu Sans" w:hAnsi="DejaVu Sans"/>
                <w:sz w:val="19"/>
              </w:rPr>
            </w:pPr>
            <w:proofErr w:type="gramStart"/>
            <w:r>
              <w:rPr>
                <w:rFonts w:ascii="DejaVu Sans" w:hAnsi="DejaVu Sans"/>
                <w:sz w:val="19"/>
              </w:rPr>
              <w:t>☐  No</w:t>
            </w:r>
            <w:proofErr w:type="gramEnd"/>
            <w:r>
              <w:rPr>
                <w:rFonts w:ascii="DejaVu Sans" w:hAnsi="DejaVu Sans"/>
                <w:sz w:val="19"/>
              </w:rPr>
              <w:t xml:space="preserve"> – I do not give permission for my response/submission to be published but I understand that de-identified aggregate data may be published.</w:t>
            </w:r>
          </w:p>
          <w:p w14:paraId="478EF8AE" w14:textId="77777777" w:rsidR="002B68B5" w:rsidRDefault="002B68B5">
            <w:pPr>
              <w:spacing w:after="0"/>
            </w:pPr>
          </w:p>
        </w:tc>
      </w:tr>
    </w:tbl>
    <w:p w14:paraId="55A861B6" w14:textId="3D228702" w:rsidR="00EF1887" w:rsidRDefault="00BA5A91">
      <w:r>
        <w:t xml:space="preserve">For more information on how we treat your information read our </w:t>
      </w:r>
      <w:hyperlink r:id="rId15">
        <w:r>
          <w:rPr>
            <w:color w:val="1F4E79"/>
            <w:u w:val="single"/>
          </w:rPr>
          <w:t>Privacy policy</w:t>
        </w:r>
      </w:hyperlink>
      <w:r w:rsidR="002B68B5">
        <w:t xml:space="preserve"> and </w:t>
      </w:r>
      <w:r w:rsidR="002B68B5" w:rsidRPr="00ED2CDA">
        <w:t xml:space="preserve">the </w:t>
      </w:r>
      <w:r w:rsidR="002B68B5" w:rsidRPr="000B163A">
        <w:t>Privacy Collection Notice</w:t>
      </w:r>
      <w:r w:rsidR="00ED2CDA" w:rsidRPr="00ED2CDA">
        <w:t xml:space="preserve"> o</w:t>
      </w:r>
      <w:r w:rsidR="00ED2CDA">
        <w:t xml:space="preserve">n our </w:t>
      </w:r>
      <w:r w:rsidR="00ED2CDA" w:rsidRPr="000B163A">
        <w:t>consultation hub</w:t>
      </w:r>
      <w:r w:rsidR="00ED2CDA">
        <w:t xml:space="preserve"> at </w:t>
      </w:r>
      <w:r w:rsidR="00ED2CDA" w:rsidRPr="006B5045">
        <w:rPr>
          <w:rStyle w:val="Hyperlink"/>
        </w:rPr>
        <w:t>https://consultations.ag.gov.au/integrity/ogp-fnap</w:t>
      </w:r>
      <w:r w:rsidR="002B68B5">
        <w:t>.</w:t>
      </w:r>
    </w:p>
    <w:p w14:paraId="612E9CE3" w14:textId="77777777" w:rsidR="00EF1887" w:rsidRDefault="00BA5A91">
      <w:pPr>
        <w:pStyle w:val="Heading1"/>
      </w:pPr>
      <w:bookmarkStart w:id="7" w:name="_Toc242799996"/>
      <w:r>
        <w:t>Questions about you</w:t>
      </w:r>
      <w:bookmarkEnd w:id="7"/>
    </w:p>
    <w:tbl>
      <w:tblPr>
        <w:tblW w:w="0" w:type="auto"/>
        <w:jc w:val="center"/>
        <w:tblBorders>
          <w:top w:val="single" w:sz="6" w:space="0" w:color="1F4E79"/>
          <w:left w:val="single" w:sz="6" w:space="0" w:color="1F4E79"/>
          <w:bottom w:val="single" w:sz="6" w:space="0" w:color="1F4E79"/>
          <w:right w:val="single" w:sz="6" w:space="0" w:color="1F4E79"/>
          <w:insideH w:val="single" w:sz="6" w:space="0" w:color="1F4E79"/>
          <w:insideV w:val="single" w:sz="6" w:space="0" w:color="1F4E79"/>
        </w:tblBorders>
        <w:tblLook w:val="04A0" w:firstRow="1" w:lastRow="0" w:firstColumn="1" w:lastColumn="0" w:noHBand="0" w:noVBand="1"/>
      </w:tblPr>
      <w:tblGrid>
        <w:gridCol w:w="9848"/>
      </w:tblGrid>
      <w:tr w:rsidR="00EF1887" w14:paraId="7338F9FE" w14:textId="77777777">
        <w:trPr>
          <w:jc w:val="center"/>
        </w:trPr>
        <w:tc>
          <w:tcPr>
            <w:tcW w:w="10080" w:type="dxa"/>
            <w:shd w:val="clear" w:color="auto" w:fill="EAF2F8"/>
            <w:tcMar>
              <w:top w:w="120" w:type="dxa"/>
              <w:left w:w="140" w:type="dxa"/>
              <w:bottom w:w="120" w:type="dxa"/>
              <w:right w:w="140" w:type="dxa"/>
            </w:tcMar>
          </w:tcPr>
          <w:p w14:paraId="03CE6A0B" w14:textId="77777777" w:rsidR="00EF1887" w:rsidRDefault="00BA5A91">
            <w:pPr>
              <w:spacing w:after="0"/>
            </w:pPr>
            <w:r>
              <w:t>Your responses to these questions will be published as part of your submission if you have given us consent to do so.</w:t>
            </w:r>
          </w:p>
        </w:tc>
      </w:tr>
    </w:tbl>
    <w:p w14:paraId="2D90B994" w14:textId="77777777" w:rsidR="00EF1887" w:rsidRDefault="00BA5A91">
      <w:pPr>
        <w:pStyle w:val="Question"/>
      </w:pPr>
      <w:r>
        <w:t>What is your name?</w:t>
      </w:r>
    </w:p>
    <w:p w14:paraId="5CDCD783" w14:textId="77777777" w:rsidR="00EF1887" w:rsidRDefault="00BA5A91">
      <w:pPr>
        <w:pStyle w:val="Instruction"/>
      </w:pPr>
      <w:r>
        <w:t>Note: submissions may be made anonymously. This question is optional. You do not need to include your name.</w:t>
      </w:r>
    </w:p>
    <w:tbl>
      <w:tblPr>
        <w:tblW w:w="0" w:type="auto"/>
        <w:jc w:val="center"/>
        <w:tblBorders>
          <w:top w:val="single" w:sz="3" w:space="0" w:color="D5DDE3"/>
          <w:left w:val="single" w:sz="3" w:space="0" w:color="D5DDE3"/>
          <w:bottom w:val="single" w:sz="3" w:space="0" w:color="D5DDE3"/>
          <w:right w:val="single" w:sz="3" w:space="0" w:color="D5DDE3"/>
          <w:insideH w:val="single" w:sz="3" w:space="0" w:color="D5DDE3"/>
          <w:insideV w:val="single" w:sz="3" w:space="0" w:color="D5DDE3"/>
        </w:tblBorders>
        <w:tblLook w:val="04A0" w:firstRow="1" w:lastRow="0" w:firstColumn="1" w:lastColumn="0" w:noHBand="0" w:noVBand="1"/>
      </w:tblPr>
      <w:tblGrid>
        <w:gridCol w:w="9856"/>
      </w:tblGrid>
      <w:tr w:rsidR="00EF1887" w14:paraId="5DAB6C7B" w14:textId="77777777">
        <w:trPr>
          <w:trHeight w:val="403"/>
          <w:jc w:val="center"/>
        </w:trPr>
        <w:tc>
          <w:tcPr>
            <w:tcW w:w="10080" w:type="dxa"/>
            <w:tcMar>
              <w:top w:w="40" w:type="dxa"/>
              <w:left w:w="80" w:type="dxa"/>
              <w:bottom w:w="40" w:type="dxa"/>
              <w:right w:w="80" w:type="dxa"/>
            </w:tcMar>
          </w:tcPr>
          <w:p w14:paraId="02EB378F" w14:textId="77777777" w:rsidR="00EF1887" w:rsidRDefault="00EF1887">
            <w:pPr>
              <w:spacing w:after="0"/>
            </w:pPr>
          </w:p>
        </w:tc>
      </w:tr>
    </w:tbl>
    <w:p w14:paraId="6A05A809" w14:textId="77777777" w:rsidR="00EF1887" w:rsidRDefault="00EF1887">
      <w:pPr>
        <w:spacing w:after="0"/>
      </w:pPr>
    </w:p>
    <w:p w14:paraId="177149BC" w14:textId="77777777" w:rsidR="00EF1887" w:rsidRDefault="00BA5A91">
      <w:pPr>
        <w:pStyle w:val="Question"/>
      </w:pPr>
      <w:r>
        <w:t>What is your email address?</w:t>
      </w:r>
    </w:p>
    <w:p w14:paraId="0AEB42B8" w14:textId="77777777" w:rsidR="00EF1887" w:rsidRDefault="00BA5A91">
      <w:r>
        <w:t>If you enter your email address below it will be collected as part of your submission data. This means that we will be able to contact you if we have questions about your submission. You will also automatically receive an acknowledgement email when you submit your response.</w:t>
      </w:r>
    </w:p>
    <w:p w14:paraId="05DF3C55" w14:textId="77777777" w:rsidR="00EF1887" w:rsidRDefault="00BA5A91">
      <w:r>
        <w:t xml:space="preserve">Your email address will not be published and will be treated in accordance with our </w:t>
      </w:r>
      <w:hyperlink r:id="rId16">
        <w:r>
          <w:rPr>
            <w:color w:val="1F4E79"/>
            <w:u w:val="single"/>
          </w:rPr>
          <w:t>Privacy policy</w:t>
        </w:r>
      </w:hyperlink>
      <w:r>
        <w:t>.</w:t>
      </w:r>
    </w:p>
    <w:p w14:paraId="05B5DF7E" w14:textId="77777777" w:rsidR="00EF1887" w:rsidRDefault="00BA5A91">
      <w:pPr>
        <w:pStyle w:val="Instruction"/>
      </w:pPr>
      <w:r>
        <w:t>Note: this question is optional. If you do not wish to provide your email address as part of your submission, please leave this field blank.</w:t>
      </w:r>
    </w:p>
    <w:tbl>
      <w:tblPr>
        <w:tblW w:w="0" w:type="auto"/>
        <w:jc w:val="center"/>
        <w:tblBorders>
          <w:top w:val="single" w:sz="3" w:space="0" w:color="D5DDE3"/>
          <w:left w:val="single" w:sz="3" w:space="0" w:color="D5DDE3"/>
          <w:bottom w:val="single" w:sz="3" w:space="0" w:color="D5DDE3"/>
          <w:right w:val="single" w:sz="3" w:space="0" w:color="D5DDE3"/>
          <w:insideH w:val="single" w:sz="3" w:space="0" w:color="D5DDE3"/>
          <w:insideV w:val="single" w:sz="3" w:space="0" w:color="D5DDE3"/>
        </w:tblBorders>
        <w:tblLook w:val="04A0" w:firstRow="1" w:lastRow="0" w:firstColumn="1" w:lastColumn="0" w:noHBand="0" w:noVBand="1"/>
      </w:tblPr>
      <w:tblGrid>
        <w:gridCol w:w="9856"/>
      </w:tblGrid>
      <w:tr w:rsidR="00EF1887" w14:paraId="5A39BBE3" w14:textId="77777777">
        <w:trPr>
          <w:trHeight w:val="403"/>
          <w:jc w:val="center"/>
        </w:trPr>
        <w:tc>
          <w:tcPr>
            <w:tcW w:w="10080" w:type="dxa"/>
            <w:tcMar>
              <w:top w:w="40" w:type="dxa"/>
              <w:left w:w="80" w:type="dxa"/>
              <w:bottom w:w="40" w:type="dxa"/>
              <w:right w:w="80" w:type="dxa"/>
            </w:tcMar>
          </w:tcPr>
          <w:p w14:paraId="41C8F396" w14:textId="77777777" w:rsidR="00EF1887" w:rsidRDefault="00EF1887">
            <w:pPr>
              <w:spacing w:after="0"/>
            </w:pPr>
          </w:p>
        </w:tc>
      </w:tr>
    </w:tbl>
    <w:p w14:paraId="72A3D3EC" w14:textId="77777777" w:rsidR="00EF1887" w:rsidRDefault="00EF1887">
      <w:pPr>
        <w:spacing w:after="0"/>
      </w:pPr>
    </w:p>
    <w:p w14:paraId="3EA0D015" w14:textId="77777777" w:rsidR="00EF1887" w:rsidRDefault="00BA5A91">
      <w:pPr>
        <w:pStyle w:val="Question"/>
      </w:pPr>
      <w:r>
        <w:t xml:space="preserve">Do your views officially represent those of an </w:t>
      </w:r>
      <w:proofErr w:type="spellStart"/>
      <w:r>
        <w:t>organisation</w:t>
      </w:r>
      <w:proofErr w:type="spellEnd"/>
      <w:r>
        <w:t>?</w:t>
      </w:r>
    </w:p>
    <w:tbl>
      <w:tblPr>
        <w:tblW w:w="0" w:type="auto"/>
        <w:tblLook w:val="04A0" w:firstRow="1" w:lastRow="0" w:firstColumn="1" w:lastColumn="0" w:noHBand="0" w:noVBand="1"/>
      </w:tblPr>
      <w:tblGrid>
        <w:gridCol w:w="4933"/>
        <w:gridCol w:w="4931"/>
      </w:tblGrid>
      <w:tr w:rsidR="00EF1887" w14:paraId="24D47550" w14:textId="77777777">
        <w:tc>
          <w:tcPr>
            <w:tcW w:w="5040" w:type="dxa"/>
            <w:tcMar>
              <w:top w:w="45" w:type="dxa"/>
              <w:left w:w="70" w:type="dxa"/>
              <w:bottom w:w="45" w:type="dxa"/>
              <w:right w:w="70" w:type="dxa"/>
            </w:tcMar>
            <w:vAlign w:val="center"/>
          </w:tcPr>
          <w:p w14:paraId="609928ED" w14:textId="77777777" w:rsidR="00EF1887" w:rsidRDefault="00BA5A91">
            <w:pPr>
              <w:spacing w:after="0"/>
            </w:pPr>
            <w:proofErr w:type="gramStart"/>
            <w:r>
              <w:rPr>
                <w:rFonts w:ascii="DejaVu Sans" w:hAnsi="DejaVu Sans"/>
                <w:sz w:val="19"/>
              </w:rPr>
              <w:t>☐  Yes</w:t>
            </w:r>
            <w:proofErr w:type="gramEnd"/>
          </w:p>
        </w:tc>
        <w:tc>
          <w:tcPr>
            <w:tcW w:w="5040" w:type="dxa"/>
            <w:tcMar>
              <w:top w:w="45" w:type="dxa"/>
              <w:left w:w="70" w:type="dxa"/>
              <w:bottom w:w="45" w:type="dxa"/>
              <w:right w:w="70" w:type="dxa"/>
            </w:tcMar>
            <w:vAlign w:val="center"/>
          </w:tcPr>
          <w:p w14:paraId="2DA4AA9A" w14:textId="77777777" w:rsidR="00EF1887" w:rsidRDefault="00BA5A91">
            <w:pPr>
              <w:spacing w:after="0"/>
            </w:pPr>
            <w:proofErr w:type="gramStart"/>
            <w:r>
              <w:rPr>
                <w:rFonts w:ascii="DejaVu Sans" w:hAnsi="DejaVu Sans"/>
                <w:sz w:val="19"/>
              </w:rPr>
              <w:t>☐  No</w:t>
            </w:r>
            <w:proofErr w:type="gramEnd"/>
          </w:p>
        </w:tc>
      </w:tr>
    </w:tbl>
    <w:p w14:paraId="7373B143" w14:textId="77777777" w:rsidR="00EF1887" w:rsidRDefault="00BA5A91">
      <w:pPr>
        <w:pStyle w:val="Question"/>
      </w:pPr>
      <w:r>
        <w:t xml:space="preserve">If yes, please specify the name of the </w:t>
      </w:r>
      <w:proofErr w:type="spellStart"/>
      <w:r>
        <w:t>organisation</w:t>
      </w:r>
      <w:proofErr w:type="spellEnd"/>
    </w:p>
    <w:tbl>
      <w:tblPr>
        <w:tblW w:w="0" w:type="auto"/>
        <w:jc w:val="center"/>
        <w:tblBorders>
          <w:top w:val="single" w:sz="3" w:space="0" w:color="D5DDE3"/>
          <w:left w:val="single" w:sz="3" w:space="0" w:color="D5DDE3"/>
          <w:bottom w:val="single" w:sz="3" w:space="0" w:color="D5DDE3"/>
          <w:right w:val="single" w:sz="3" w:space="0" w:color="D5DDE3"/>
          <w:insideH w:val="single" w:sz="3" w:space="0" w:color="D5DDE3"/>
          <w:insideV w:val="single" w:sz="3" w:space="0" w:color="D5DDE3"/>
        </w:tblBorders>
        <w:tblLook w:val="04A0" w:firstRow="1" w:lastRow="0" w:firstColumn="1" w:lastColumn="0" w:noHBand="0" w:noVBand="1"/>
      </w:tblPr>
      <w:tblGrid>
        <w:gridCol w:w="9856"/>
      </w:tblGrid>
      <w:tr w:rsidR="00EF1887" w14:paraId="0D0B940D" w14:textId="77777777">
        <w:trPr>
          <w:trHeight w:val="403"/>
          <w:jc w:val="center"/>
        </w:trPr>
        <w:tc>
          <w:tcPr>
            <w:tcW w:w="10080" w:type="dxa"/>
            <w:tcMar>
              <w:top w:w="40" w:type="dxa"/>
              <w:left w:w="80" w:type="dxa"/>
              <w:bottom w:w="40" w:type="dxa"/>
              <w:right w:w="80" w:type="dxa"/>
            </w:tcMar>
          </w:tcPr>
          <w:p w14:paraId="0E27B00A" w14:textId="77777777" w:rsidR="00EF1887" w:rsidRDefault="00EF1887">
            <w:pPr>
              <w:spacing w:after="0"/>
            </w:pPr>
          </w:p>
        </w:tc>
      </w:tr>
    </w:tbl>
    <w:p w14:paraId="60061E4C" w14:textId="77777777" w:rsidR="00EF1887" w:rsidRDefault="00EF1887">
      <w:pPr>
        <w:spacing w:after="0"/>
      </w:pPr>
    </w:p>
    <w:p w14:paraId="3737FEFA" w14:textId="77777777" w:rsidR="00EF1887" w:rsidRDefault="00BA5A91">
      <w:pPr>
        <w:pStyle w:val="Question"/>
      </w:pPr>
      <w:r>
        <w:lastRenderedPageBreak/>
        <w:t xml:space="preserve">What sector are you, or your </w:t>
      </w:r>
      <w:proofErr w:type="spellStart"/>
      <w:r>
        <w:t>organisation</w:t>
      </w:r>
      <w:proofErr w:type="spellEnd"/>
      <w:r>
        <w:t>, a part of?</w:t>
      </w:r>
    </w:p>
    <w:p w14:paraId="6E2836DD" w14:textId="77777777" w:rsidR="00EF1887" w:rsidRDefault="00BA5A91">
      <w:pPr>
        <w:pStyle w:val="Instruction"/>
      </w:pPr>
      <w:r>
        <w:t>(Please select one)</w:t>
      </w:r>
    </w:p>
    <w:tbl>
      <w:tblPr>
        <w:tblW w:w="0" w:type="auto"/>
        <w:tblLook w:val="04A0" w:firstRow="1" w:lastRow="0" w:firstColumn="1" w:lastColumn="0" w:noHBand="0" w:noVBand="1"/>
      </w:tblPr>
      <w:tblGrid>
        <w:gridCol w:w="4936"/>
        <w:gridCol w:w="4928"/>
      </w:tblGrid>
      <w:tr w:rsidR="00EF1887" w14:paraId="79BC86EC" w14:textId="77777777">
        <w:tc>
          <w:tcPr>
            <w:tcW w:w="5040" w:type="dxa"/>
            <w:tcMar>
              <w:top w:w="45" w:type="dxa"/>
              <w:left w:w="70" w:type="dxa"/>
              <w:bottom w:w="45" w:type="dxa"/>
              <w:right w:w="70" w:type="dxa"/>
            </w:tcMar>
            <w:vAlign w:val="center"/>
          </w:tcPr>
          <w:p w14:paraId="00A12522" w14:textId="77777777" w:rsidR="00EF1887" w:rsidRDefault="00BA5A91">
            <w:pPr>
              <w:spacing w:after="0"/>
            </w:pPr>
            <w:proofErr w:type="gramStart"/>
            <w:r>
              <w:rPr>
                <w:rFonts w:ascii="DejaVu Sans" w:hAnsi="DejaVu Sans"/>
                <w:sz w:val="19"/>
              </w:rPr>
              <w:t>☐  Private</w:t>
            </w:r>
            <w:proofErr w:type="gramEnd"/>
            <w:r>
              <w:rPr>
                <w:rFonts w:ascii="DejaVu Sans" w:hAnsi="DejaVu Sans"/>
                <w:sz w:val="19"/>
              </w:rPr>
              <w:t xml:space="preserve"> sector – small business</w:t>
            </w:r>
          </w:p>
        </w:tc>
        <w:tc>
          <w:tcPr>
            <w:tcW w:w="5040" w:type="dxa"/>
            <w:tcMar>
              <w:top w:w="45" w:type="dxa"/>
              <w:left w:w="70" w:type="dxa"/>
              <w:bottom w:w="45" w:type="dxa"/>
              <w:right w:w="70" w:type="dxa"/>
            </w:tcMar>
            <w:vAlign w:val="center"/>
          </w:tcPr>
          <w:p w14:paraId="2A0624E3" w14:textId="77777777" w:rsidR="00EF1887" w:rsidRDefault="00BA5A91">
            <w:pPr>
              <w:spacing w:after="0"/>
            </w:pPr>
            <w:r>
              <w:rPr>
                <w:rFonts w:ascii="DejaVu Sans" w:hAnsi="DejaVu Sans"/>
                <w:sz w:val="19"/>
              </w:rPr>
              <w:t>☐  Private sector – medium to large business</w:t>
            </w:r>
          </w:p>
        </w:tc>
      </w:tr>
      <w:tr w:rsidR="00EF1887" w14:paraId="24495004" w14:textId="77777777">
        <w:tc>
          <w:tcPr>
            <w:tcW w:w="5040" w:type="dxa"/>
            <w:tcMar>
              <w:top w:w="45" w:type="dxa"/>
              <w:left w:w="70" w:type="dxa"/>
              <w:bottom w:w="45" w:type="dxa"/>
              <w:right w:w="70" w:type="dxa"/>
            </w:tcMar>
            <w:vAlign w:val="center"/>
          </w:tcPr>
          <w:p w14:paraId="68019AA3" w14:textId="77777777" w:rsidR="00EF1887" w:rsidRDefault="00BA5A91">
            <w:pPr>
              <w:spacing w:after="0"/>
            </w:pPr>
            <w:r>
              <w:rPr>
                <w:rFonts w:ascii="DejaVu Sans" w:hAnsi="DejaVu Sans"/>
                <w:sz w:val="19"/>
              </w:rPr>
              <w:t>☐  Representative body</w:t>
            </w:r>
          </w:p>
        </w:tc>
        <w:tc>
          <w:tcPr>
            <w:tcW w:w="5040" w:type="dxa"/>
            <w:tcMar>
              <w:top w:w="45" w:type="dxa"/>
              <w:left w:w="70" w:type="dxa"/>
              <w:bottom w:w="45" w:type="dxa"/>
              <w:right w:w="70" w:type="dxa"/>
            </w:tcMar>
            <w:vAlign w:val="center"/>
          </w:tcPr>
          <w:p w14:paraId="287E4570" w14:textId="77777777" w:rsidR="00EF1887" w:rsidRDefault="00BA5A91">
            <w:pPr>
              <w:spacing w:after="0"/>
            </w:pPr>
            <w:r>
              <w:rPr>
                <w:rFonts w:ascii="DejaVu Sans" w:hAnsi="DejaVu Sans"/>
                <w:sz w:val="19"/>
              </w:rPr>
              <w:t>☐  Legal sector</w:t>
            </w:r>
          </w:p>
        </w:tc>
      </w:tr>
      <w:tr w:rsidR="00EF1887" w14:paraId="13B9C7FD" w14:textId="77777777">
        <w:tc>
          <w:tcPr>
            <w:tcW w:w="5040" w:type="dxa"/>
            <w:tcMar>
              <w:top w:w="45" w:type="dxa"/>
              <w:left w:w="70" w:type="dxa"/>
              <w:bottom w:w="45" w:type="dxa"/>
              <w:right w:w="70" w:type="dxa"/>
            </w:tcMar>
            <w:vAlign w:val="center"/>
          </w:tcPr>
          <w:p w14:paraId="42D264CC" w14:textId="77777777" w:rsidR="00EF1887" w:rsidRDefault="00BA5A91">
            <w:pPr>
              <w:spacing w:after="0"/>
            </w:pPr>
            <w:r>
              <w:rPr>
                <w:rFonts w:ascii="DejaVu Sans" w:hAnsi="DejaVu Sans"/>
                <w:sz w:val="19"/>
              </w:rPr>
              <w:t>☐  Not-for-Profit sector</w:t>
            </w:r>
          </w:p>
        </w:tc>
        <w:tc>
          <w:tcPr>
            <w:tcW w:w="5040" w:type="dxa"/>
            <w:tcMar>
              <w:top w:w="45" w:type="dxa"/>
              <w:left w:w="70" w:type="dxa"/>
              <w:bottom w:w="45" w:type="dxa"/>
              <w:right w:w="70" w:type="dxa"/>
            </w:tcMar>
            <w:vAlign w:val="center"/>
          </w:tcPr>
          <w:p w14:paraId="58ADF7D0" w14:textId="77777777" w:rsidR="00EF1887" w:rsidRDefault="00BA5A91">
            <w:pPr>
              <w:spacing w:after="0"/>
            </w:pPr>
            <w:r>
              <w:rPr>
                <w:rFonts w:ascii="DejaVu Sans" w:hAnsi="DejaVu Sans"/>
                <w:sz w:val="19"/>
              </w:rPr>
              <w:t>☐  Government (state or territory)</w:t>
            </w:r>
          </w:p>
        </w:tc>
      </w:tr>
      <w:tr w:rsidR="00EF1887" w14:paraId="1BCF3F24" w14:textId="77777777">
        <w:tc>
          <w:tcPr>
            <w:tcW w:w="5040" w:type="dxa"/>
            <w:tcMar>
              <w:top w:w="45" w:type="dxa"/>
              <w:left w:w="70" w:type="dxa"/>
              <w:bottom w:w="45" w:type="dxa"/>
              <w:right w:w="70" w:type="dxa"/>
            </w:tcMar>
            <w:vAlign w:val="center"/>
          </w:tcPr>
          <w:p w14:paraId="1B4FB939" w14:textId="77777777" w:rsidR="00EF1887" w:rsidRDefault="00BA5A91">
            <w:pPr>
              <w:spacing w:after="0"/>
            </w:pPr>
            <w:r>
              <w:rPr>
                <w:rFonts w:ascii="DejaVu Sans" w:hAnsi="DejaVu Sans"/>
                <w:sz w:val="19"/>
              </w:rPr>
              <w:t>☐  Academia</w:t>
            </w:r>
          </w:p>
        </w:tc>
        <w:tc>
          <w:tcPr>
            <w:tcW w:w="5040" w:type="dxa"/>
            <w:tcMar>
              <w:top w:w="45" w:type="dxa"/>
              <w:left w:w="70" w:type="dxa"/>
              <w:bottom w:w="45" w:type="dxa"/>
              <w:right w:w="70" w:type="dxa"/>
            </w:tcMar>
            <w:vAlign w:val="center"/>
          </w:tcPr>
          <w:p w14:paraId="4CD33EC4" w14:textId="77777777" w:rsidR="00EF1887" w:rsidRDefault="00BA5A91">
            <w:pPr>
              <w:spacing w:after="0"/>
            </w:pPr>
            <w:r>
              <w:rPr>
                <w:rFonts w:ascii="DejaVu Sans" w:hAnsi="DejaVu Sans"/>
                <w:sz w:val="19"/>
              </w:rPr>
              <w:t>☐  Other (please specify)</w:t>
            </w:r>
          </w:p>
        </w:tc>
      </w:tr>
    </w:tbl>
    <w:p w14:paraId="579729E0" w14:textId="77777777" w:rsidR="00EF1887" w:rsidRDefault="00BA5A91">
      <w:pPr>
        <w:pStyle w:val="Question"/>
      </w:pPr>
      <w:r>
        <w:t xml:space="preserve">Please provide any additional information about yourself, your </w:t>
      </w:r>
      <w:proofErr w:type="spellStart"/>
      <w:r>
        <w:t>organisation</w:t>
      </w:r>
      <w:proofErr w:type="spellEnd"/>
      <w:r>
        <w:t xml:space="preserve"> or business that may assist in understanding your response, including the nature of your activities.</w:t>
      </w:r>
    </w:p>
    <w:p w14:paraId="359E3814" w14:textId="707283A0" w:rsidR="00EF1887" w:rsidRDefault="00BA5A91">
      <w:pPr>
        <w:pStyle w:val="Instruction"/>
      </w:pPr>
      <w:r w:rsidRPr="000C6283">
        <w:t xml:space="preserve">There is a limit of </w:t>
      </w:r>
      <w:r w:rsidR="000A2907">
        <w:t>1500 characters</w:t>
      </w:r>
    </w:p>
    <w:tbl>
      <w:tblPr>
        <w:tblW w:w="0" w:type="auto"/>
        <w:jc w:val="center"/>
        <w:tblBorders>
          <w:top w:val="single" w:sz="3" w:space="0" w:color="D5DDE3"/>
          <w:left w:val="single" w:sz="3" w:space="0" w:color="D5DDE3"/>
          <w:bottom w:val="single" w:sz="3" w:space="0" w:color="D5DDE3"/>
          <w:right w:val="single" w:sz="3" w:space="0" w:color="D5DDE3"/>
          <w:insideH w:val="single" w:sz="3" w:space="0" w:color="D5DDE3"/>
          <w:insideV w:val="single" w:sz="3" w:space="0" w:color="D5DDE3"/>
        </w:tblBorders>
        <w:tblLook w:val="04A0" w:firstRow="1" w:lastRow="0" w:firstColumn="1" w:lastColumn="0" w:noHBand="0" w:noVBand="1"/>
      </w:tblPr>
      <w:tblGrid>
        <w:gridCol w:w="9856"/>
      </w:tblGrid>
      <w:tr w:rsidR="00EF1887" w14:paraId="44EAFD9C" w14:textId="77777777" w:rsidTr="002B68B5">
        <w:trPr>
          <w:trHeight w:val="403"/>
          <w:jc w:val="center"/>
        </w:trPr>
        <w:tc>
          <w:tcPr>
            <w:tcW w:w="10072" w:type="dxa"/>
            <w:tcMar>
              <w:top w:w="40" w:type="dxa"/>
              <w:left w:w="80" w:type="dxa"/>
              <w:bottom w:w="40" w:type="dxa"/>
              <w:right w:w="80" w:type="dxa"/>
            </w:tcMar>
          </w:tcPr>
          <w:p w14:paraId="4A5DB0E8" w14:textId="77777777" w:rsidR="00EF1887" w:rsidRDefault="00EF1887">
            <w:pPr>
              <w:spacing w:after="0"/>
            </w:pPr>
          </w:p>
          <w:p w14:paraId="691AC669" w14:textId="77777777" w:rsidR="000C6283" w:rsidRDefault="000C6283">
            <w:pPr>
              <w:spacing w:after="0"/>
            </w:pPr>
          </w:p>
          <w:p w14:paraId="37C38243" w14:textId="77777777" w:rsidR="000C6283" w:rsidRDefault="000C6283">
            <w:pPr>
              <w:spacing w:after="0"/>
            </w:pPr>
          </w:p>
          <w:p w14:paraId="7416CF22" w14:textId="77777777" w:rsidR="000C6283" w:rsidRDefault="000C6283">
            <w:pPr>
              <w:spacing w:after="0"/>
            </w:pPr>
          </w:p>
          <w:p w14:paraId="0B7F551A" w14:textId="77777777" w:rsidR="000C6283" w:rsidRDefault="000C6283">
            <w:pPr>
              <w:spacing w:after="0"/>
            </w:pPr>
          </w:p>
          <w:p w14:paraId="4B94D5A5" w14:textId="77777777" w:rsidR="000C6283" w:rsidRDefault="000C6283">
            <w:pPr>
              <w:spacing w:after="0"/>
            </w:pPr>
          </w:p>
        </w:tc>
      </w:tr>
    </w:tbl>
    <w:p w14:paraId="53128261" w14:textId="77777777" w:rsidR="00EF1887" w:rsidRDefault="00EF1887">
      <w:pPr>
        <w:spacing w:after="0"/>
      </w:pPr>
    </w:p>
    <w:p w14:paraId="49695CDC" w14:textId="77777777" w:rsidR="00EF1887" w:rsidRDefault="00BA5A91">
      <w:pPr>
        <w:pStyle w:val="Question"/>
      </w:pPr>
      <w:r>
        <w:t>Where are you or your organisation based?</w:t>
      </w:r>
    </w:p>
    <w:p w14:paraId="3BDA975F" w14:textId="77777777" w:rsidR="00EF1887" w:rsidRDefault="00BA5A91">
      <w:pPr>
        <w:pStyle w:val="Instruction"/>
      </w:pPr>
      <w:r>
        <w:t>(Please select one)</w:t>
      </w:r>
    </w:p>
    <w:tbl>
      <w:tblPr>
        <w:tblW w:w="0" w:type="auto"/>
        <w:tblLook w:val="04A0" w:firstRow="1" w:lastRow="0" w:firstColumn="1" w:lastColumn="0" w:noHBand="0" w:noVBand="1"/>
      </w:tblPr>
      <w:tblGrid>
        <w:gridCol w:w="3293"/>
        <w:gridCol w:w="3284"/>
        <w:gridCol w:w="3287"/>
      </w:tblGrid>
      <w:tr w:rsidR="00EF1887" w14:paraId="49DFC95F" w14:textId="77777777">
        <w:tc>
          <w:tcPr>
            <w:tcW w:w="3360" w:type="dxa"/>
            <w:tcMar>
              <w:top w:w="45" w:type="dxa"/>
              <w:left w:w="70" w:type="dxa"/>
              <w:bottom w:w="45" w:type="dxa"/>
              <w:right w:w="70" w:type="dxa"/>
            </w:tcMar>
            <w:vAlign w:val="center"/>
          </w:tcPr>
          <w:p w14:paraId="3ADD45E4" w14:textId="77777777" w:rsidR="00EF1887" w:rsidRDefault="00BA5A91">
            <w:pPr>
              <w:spacing w:after="0"/>
            </w:pPr>
            <w:r>
              <w:rPr>
                <w:rFonts w:ascii="DejaVu Sans" w:hAnsi="DejaVu Sans"/>
                <w:sz w:val="19"/>
              </w:rPr>
              <w:t>☐  Australian Capital Territory</w:t>
            </w:r>
          </w:p>
        </w:tc>
        <w:tc>
          <w:tcPr>
            <w:tcW w:w="3360" w:type="dxa"/>
            <w:tcMar>
              <w:top w:w="45" w:type="dxa"/>
              <w:left w:w="70" w:type="dxa"/>
              <w:bottom w:w="45" w:type="dxa"/>
              <w:right w:w="70" w:type="dxa"/>
            </w:tcMar>
            <w:vAlign w:val="center"/>
          </w:tcPr>
          <w:p w14:paraId="3A5804DB" w14:textId="77777777" w:rsidR="00EF1887" w:rsidRDefault="00BA5A91">
            <w:pPr>
              <w:spacing w:after="0"/>
            </w:pPr>
            <w:r>
              <w:rPr>
                <w:rFonts w:ascii="DejaVu Sans" w:hAnsi="DejaVu Sans"/>
                <w:sz w:val="19"/>
              </w:rPr>
              <w:t>☐  New South Wales</w:t>
            </w:r>
          </w:p>
        </w:tc>
        <w:tc>
          <w:tcPr>
            <w:tcW w:w="3360" w:type="dxa"/>
            <w:tcMar>
              <w:top w:w="45" w:type="dxa"/>
              <w:left w:w="70" w:type="dxa"/>
              <w:bottom w:w="45" w:type="dxa"/>
              <w:right w:w="70" w:type="dxa"/>
            </w:tcMar>
            <w:vAlign w:val="center"/>
          </w:tcPr>
          <w:p w14:paraId="0547B10C" w14:textId="77777777" w:rsidR="00EF1887" w:rsidRDefault="00BA5A91">
            <w:pPr>
              <w:spacing w:after="0"/>
            </w:pPr>
            <w:r>
              <w:rPr>
                <w:rFonts w:ascii="DejaVu Sans" w:hAnsi="DejaVu Sans"/>
                <w:sz w:val="19"/>
              </w:rPr>
              <w:t>☐  Northern Territory</w:t>
            </w:r>
          </w:p>
        </w:tc>
      </w:tr>
      <w:tr w:rsidR="00EF1887" w14:paraId="055E433D" w14:textId="77777777">
        <w:tc>
          <w:tcPr>
            <w:tcW w:w="3360" w:type="dxa"/>
            <w:tcMar>
              <w:top w:w="45" w:type="dxa"/>
              <w:left w:w="70" w:type="dxa"/>
              <w:bottom w:w="45" w:type="dxa"/>
              <w:right w:w="70" w:type="dxa"/>
            </w:tcMar>
            <w:vAlign w:val="center"/>
          </w:tcPr>
          <w:p w14:paraId="430E40CE" w14:textId="77777777" w:rsidR="00EF1887" w:rsidRDefault="00BA5A91">
            <w:pPr>
              <w:spacing w:after="0"/>
            </w:pPr>
            <w:r>
              <w:rPr>
                <w:rFonts w:ascii="DejaVu Sans" w:hAnsi="DejaVu Sans"/>
                <w:sz w:val="19"/>
              </w:rPr>
              <w:t>☐  Queensland</w:t>
            </w:r>
          </w:p>
        </w:tc>
        <w:tc>
          <w:tcPr>
            <w:tcW w:w="3360" w:type="dxa"/>
            <w:tcMar>
              <w:top w:w="45" w:type="dxa"/>
              <w:left w:w="70" w:type="dxa"/>
              <w:bottom w:w="45" w:type="dxa"/>
              <w:right w:w="70" w:type="dxa"/>
            </w:tcMar>
            <w:vAlign w:val="center"/>
          </w:tcPr>
          <w:p w14:paraId="0DEC45D0" w14:textId="77777777" w:rsidR="00EF1887" w:rsidRDefault="00BA5A91">
            <w:pPr>
              <w:spacing w:after="0"/>
            </w:pPr>
            <w:r>
              <w:rPr>
                <w:rFonts w:ascii="DejaVu Sans" w:hAnsi="DejaVu Sans"/>
                <w:sz w:val="19"/>
              </w:rPr>
              <w:t>☐  South Australia</w:t>
            </w:r>
          </w:p>
        </w:tc>
        <w:tc>
          <w:tcPr>
            <w:tcW w:w="3360" w:type="dxa"/>
            <w:tcMar>
              <w:top w:w="45" w:type="dxa"/>
              <w:left w:w="70" w:type="dxa"/>
              <w:bottom w:w="45" w:type="dxa"/>
              <w:right w:w="70" w:type="dxa"/>
            </w:tcMar>
            <w:vAlign w:val="center"/>
          </w:tcPr>
          <w:p w14:paraId="61C8F0F3" w14:textId="77777777" w:rsidR="00EF1887" w:rsidRDefault="00BA5A91">
            <w:pPr>
              <w:spacing w:after="0"/>
            </w:pPr>
            <w:r>
              <w:rPr>
                <w:rFonts w:ascii="DejaVu Sans" w:hAnsi="DejaVu Sans"/>
                <w:sz w:val="19"/>
              </w:rPr>
              <w:t>☐  Tasmania</w:t>
            </w:r>
          </w:p>
        </w:tc>
      </w:tr>
      <w:tr w:rsidR="00EF1887" w14:paraId="4200F1CA" w14:textId="77777777">
        <w:tc>
          <w:tcPr>
            <w:tcW w:w="3360" w:type="dxa"/>
            <w:tcMar>
              <w:top w:w="45" w:type="dxa"/>
              <w:left w:w="70" w:type="dxa"/>
              <w:bottom w:w="45" w:type="dxa"/>
              <w:right w:w="70" w:type="dxa"/>
            </w:tcMar>
            <w:vAlign w:val="center"/>
          </w:tcPr>
          <w:p w14:paraId="427B3817" w14:textId="77777777" w:rsidR="00EF1887" w:rsidRDefault="00BA5A91">
            <w:pPr>
              <w:spacing w:after="0"/>
            </w:pPr>
            <w:r>
              <w:rPr>
                <w:rFonts w:ascii="DejaVu Sans" w:hAnsi="DejaVu Sans"/>
                <w:sz w:val="19"/>
              </w:rPr>
              <w:t>☐  Victoria</w:t>
            </w:r>
          </w:p>
        </w:tc>
        <w:tc>
          <w:tcPr>
            <w:tcW w:w="3360" w:type="dxa"/>
            <w:tcMar>
              <w:top w:w="45" w:type="dxa"/>
              <w:left w:w="70" w:type="dxa"/>
              <w:bottom w:w="45" w:type="dxa"/>
              <w:right w:w="70" w:type="dxa"/>
            </w:tcMar>
            <w:vAlign w:val="center"/>
          </w:tcPr>
          <w:p w14:paraId="37553997" w14:textId="77777777" w:rsidR="00EF1887" w:rsidRDefault="00BA5A91">
            <w:pPr>
              <w:spacing w:after="0"/>
            </w:pPr>
            <w:r>
              <w:rPr>
                <w:rFonts w:ascii="DejaVu Sans" w:hAnsi="DejaVu Sans"/>
                <w:sz w:val="19"/>
              </w:rPr>
              <w:t>☐  Western Australia</w:t>
            </w:r>
          </w:p>
        </w:tc>
        <w:tc>
          <w:tcPr>
            <w:tcW w:w="3360" w:type="dxa"/>
            <w:tcMar>
              <w:top w:w="45" w:type="dxa"/>
              <w:left w:w="70" w:type="dxa"/>
              <w:bottom w:w="45" w:type="dxa"/>
              <w:right w:w="70" w:type="dxa"/>
            </w:tcMar>
            <w:vAlign w:val="center"/>
          </w:tcPr>
          <w:p w14:paraId="7D873E34" w14:textId="77777777" w:rsidR="00EF1887" w:rsidRDefault="00BA5A91">
            <w:pPr>
              <w:spacing w:after="0"/>
            </w:pPr>
            <w:r>
              <w:rPr>
                <w:rFonts w:ascii="DejaVu Sans" w:hAnsi="DejaVu Sans"/>
                <w:sz w:val="19"/>
              </w:rPr>
              <w:t>☐  External territories</w:t>
            </w:r>
          </w:p>
        </w:tc>
      </w:tr>
      <w:tr w:rsidR="00EF1887" w14:paraId="79E295FD" w14:textId="77777777">
        <w:tc>
          <w:tcPr>
            <w:tcW w:w="3360" w:type="dxa"/>
            <w:tcMar>
              <w:top w:w="45" w:type="dxa"/>
              <w:left w:w="70" w:type="dxa"/>
              <w:bottom w:w="45" w:type="dxa"/>
              <w:right w:w="70" w:type="dxa"/>
            </w:tcMar>
            <w:vAlign w:val="center"/>
          </w:tcPr>
          <w:p w14:paraId="42ECFE47" w14:textId="77777777" w:rsidR="00EF1887" w:rsidRDefault="00BA5A91">
            <w:pPr>
              <w:spacing w:after="0"/>
            </w:pPr>
            <w:r>
              <w:rPr>
                <w:rFonts w:ascii="DejaVu Sans" w:hAnsi="DejaVu Sans"/>
                <w:sz w:val="19"/>
              </w:rPr>
              <w:t>☐  Overseas</w:t>
            </w:r>
          </w:p>
        </w:tc>
        <w:tc>
          <w:tcPr>
            <w:tcW w:w="3360" w:type="dxa"/>
            <w:tcMar>
              <w:top w:w="45" w:type="dxa"/>
              <w:left w:w="70" w:type="dxa"/>
              <w:bottom w:w="45" w:type="dxa"/>
              <w:right w:w="70" w:type="dxa"/>
            </w:tcMar>
            <w:vAlign w:val="center"/>
          </w:tcPr>
          <w:p w14:paraId="3BE65CC7" w14:textId="77777777" w:rsidR="00EF1887" w:rsidRDefault="00BA5A91">
            <w:pPr>
              <w:spacing w:after="0"/>
            </w:pPr>
            <w:r>
              <w:rPr>
                <w:rFonts w:ascii="DejaVu Sans" w:hAnsi="DejaVu Sans"/>
                <w:sz w:val="19"/>
              </w:rPr>
              <w:t>☐  Outside Australia</w:t>
            </w:r>
          </w:p>
        </w:tc>
        <w:tc>
          <w:tcPr>
            <w:tcW w:w="3360" w:type="dxa"/>
            <w:tcMar>
              <w:top w:w="45" w:type="dxa"/>
              <w:left w:w="70" w:type="dxa"/>
              <w:bottom w:w="45" w:type="dxa"/>
              <w:right w:w="70" w:type="dxa"/>
            </w:tcMar>
            <w:vAlign w:val="center"/>
          </w:tcPr>
          <w:p w14:paraId="62486C05" w14:textId="77777777" w:rsidR="00EF1887" w:rsidRDefault="00EF1887"/>
        </w:tc>
      </w:tr>
    </w:tbl>
    <w:p w14:paraId="7EC47036" w14:textId="77777777" w:rsidR="00963426" w:rsidRDefault="00963426">
      <w:pPr>
        <w:pStyle w:val="Question"/>
      </w:pPr>
    </w:p>
    <w:p w14:paraId="23FA77EF" w14:textId="1F4A41A1" w:rsidR="00EF1887" w:rsidRDefault="00BA5A91">
      <w:pPr>
        <w:pStyle w:val="Question"/>
      </w:pPr>
      <w:r>
        <w:t>In what area are you or your organisation based?</w:t>
      </w:r>
    </w:p>
    <w:p w14:paraId="38307940" w14:textId="1E71CA04" w:rsidR="005C454C" w:rsidRDefault="005C454C" w:rsidP="004E5337">
      <w:pPr>
        <w:pStyle w:val="Instruction"/>
      </w:pPr>
      <w:r>
        <w:t>(Please select one)</w:t>
      </w:r>
    </w:p>
    <w:tbl>
      <w:tblPr>
        <w:tblW w:w="0" w:type="auto"/>
        <w:tblLook w:val="04A0" w:firstRow="1" w:lastRow="0" w:firstColumn="1" w:lastColumn="0" w:noHBand="0" w:noVBand="1"/>
      </w:tblPr>
      <w:tblGrid>
        <w:gridCol w:w="3297"/>
        <w:gridCol w:w="3285"/>
        <w:gridCol w:w="3282"/>
      </w:tblGrid>
      <w:tr w:rsidR="00EF1887" w14:paraId="51DFEAE2" w14:textId="77777777">
        <w:tc>
          <w:tcPr>
            <w:tcW w:w="3360" w:type="dxa"/>
            <w:tcMar>
              <w:top w:w="45" w:type="dxa"/>
              <w:left w:w="70" w:type="dxa"/>
              <w:bottom w:w="45" w:type="dxa"/>
              <w:right w:w="70" w:type="dxa"/>
            </w:tcMar>
            <w:vAlign w:val="center"/>
          </w:tcPr>
          <w:p w14:paraId="09368159" w14:textId="77777777" w:rsidR="00EF1887" w:rsidRDefault="00BA5A91">
            <w:pPr>
              <w:spacing w:after="0"/>
            </w:pPr>
            <w:r>
              <w:rPr>
                <w:rFonts w:ascii="Segoe UI Symbol" w:hAnsi="Segoe UI Symbol" w:cs="Segoe UI Symbol"/>
                <w:sz w:val="19"/>
              </w:rPr>
              <w:t>☐</w:t>
            </w:r>
            <w:r>
              <w:rPr>
                <w:rFonts w:ascii="DejaVu Sans" w:hAnsi="DejaVu Sans"/>
                <w:sz w:val="19"/>
              </w:rPr>
              <w:t xml:space="preserve">  Major metropolitan area</w:t>
            </w:r>
          </w:p>
        </w:tc>
        <w:tc>
          <w:tcPr>
            <w:tcW w:w="3360" w:type="dxa"/>
            <w:tcMar>
              <w:top w:w="45" w:type="dxa"/>
              <w:left w:w="70" w:type="dxa"/>
              <w:bottom w:w="45" w:type="dxa"/>
              <w:right w:w="70" w:type="dxa"/>
            </w:tcMar>
            <w:vAlign w:val="center"/>
          </w:tcPr>
          <w:p w14:paraId="0D2D9B8A" w14:textId="77777777" w:rsidR="00EF1887" w:rsidRDefault="00BA5A91">
            <w:pPr>
              <w:spacing w:after="0"/>
            </w:pPr>
            <w:r>
              <w:rPr>
                <w:rFonts w:ascii="DejaVu Sans" w:hAnsi="DejaVu Sans"/>
                <w:sz w:val="19"/>
              </w:rPr>
              <w:t>☐  Regional</w:t>
            </w:r>
          </w:p>
        </w:tc>
        <w:tc>
          <w:tcPr>
            <w:tcW w:w="3360" w:type="dxa"/>
            <w:tcMar>
              <w:top w:w="45" w:type="dxa"/>
              <w:left w:w="70" w:type="dxa"/>
              <w:bottom w:w="45" w:type="dxa"/>
              <w:right w:w="70" w:type="dxa"/>
            </w:tcMar>
            <w:vAlign w:val="center"/>
          </w:tcPr>
          <w:p w14:paraId="5F1AFB7C" w14:textId="77777777" w:rsidR="00EF1887" w:rsidRDefault="00BA5A91">
            <w:pPr>
              <w:spacing w:after="0"/>
            </w:pPr>
            <w:r>
              <w:rPr>
                <w:rFonts w:ascii="DejaVu Sans" w:hAnsi="DejaVu Sans"/>
                <w:sz w:val="19"/>
              </w:rPr>
              <w:t>☐  Remote</w:t>
            </w:r>
          </w:p>
        </w:tc>
      </w:tr>
    </w:tbl>
    <w:p w14:paraId="4B64DCB6" w14:textId="77777777" w:rsidR="00963426" w:rsidRDefault="00963426">
      <w:pPr>
        <w:pStyle w:val="Question"/>
      </w:pPr>
    </w:p>
    <w:p w14:paraId="22C1A61E" w14:textId="42B24098" w:rsidR="00EF1887" w:rsidRDefault="00BA5A91">
      <w:pPr>
        <w:pStyle w:val="Question"/>
      </w:pPr>
      <w:r>
        <w:t>What is your gender (or, if submitting on behalf of another person, their gender)?</w:t>
      </w:r>
    </w:p>
    <w:p w14:paraId="1182A3FD" w14:textId="4183DC67" w:rsidR="00963426" w:rsidRDefault="00963426" w:rsidP="004E5337">
      <w:pPr>
        <w:pStyle w:val="Instruction"/>
      </w:pPr>
      <w:r>
        <w:t>(Please select one)</w:t>
      </w:r>
    </w:p>
    <w:tbl>
      <w:tblPr>
        <w:tblW w:w="0" w:type="auto"/>
        <w:tblLook w:val="04A0" w:firstRow="1" w:lastRow="0" w:firstColumn="1" w:lastColumn="0" w:noHBand="0" w:noVBand="1"/>
      </w:tblPr>
      <w:tblGrid>
        <w:gridCol w:w="3286"/>
        <w:gridCol w:w="3290"/>
        <w:gridCol w:w="3288"/>
      </w:tblGrid>
      <w:tr w:rsidR="00EF1887" w14:paraId="3AD2CA8E" w14:textId="77777777">
        <w:tc>
          <w:tcPr>
            <w:tcW w:w="3360" w:type="dxa"/>
            <w:tcMar>
              <w:top w:w="45" w:type="dxa"/>
              <w:left w:w="70" w:type="dxa"/>
              <w:bottom w:w="45" w:type="dxa"/>
              <w:right w:w="70" w:type="dxa"/>
            </w:tcMar>
            <w:vAlign w:val="center"/>
          </w:tcPr>
          <w:p w14:paraId="4F21E3C9" w14:textId="77777777" w:rsidR="00EF1887" w:rsidRDefault="00BA5A91">
            <w:pPr>
              <w:spacing w:after="0"/>
            </w:pPr>
            <w:r>
              <w:rPr>
                <w:rFonts w:ascii="Segoe UI Symbol" w:hAnsi="Segoe UI Symbol" w:cs="Segoe UI Symbol"/>
                <w:sz w:val="19"/>
              </w:rPr>
              <w:t>☐</w:t>
            </w:r>
            <w:r>
              <w:rPr>
                <w:rFonts w:ascii="DejaVu Sans" w:hAnsi="DejaVu Sans"/>
                <w:sz w:val="19"/>
              </w:rPr>
              <w:t xml:space="preserve">  Male</w:t>
            </w:r>
          </w:p>
        </w:tc>
        <w:tc>
          <w:tcPr>
            <w:tcW w:w="3360" w:type="dxa"/>
            <w:tcMar>
              <w:top w:w="45" w:type="dxa"/>
              <w:left w:w="70" w:type="dxa"/>
              <w:bottom w:w="45" w:type="dxa"/>
              <w:right w:w="70" w:type="dxa"/>
            </w:tcMar>
            <w:vAlign w:val="center"/>
          </w:tcPr>
          <w:p w14:paraId="0424D3FE" w14:textId="77777777" w:rsidR="00EF1887" w:rsidRDefault="00BA5A91">
            <w:pPr>
              <w:spacing w:after="0"/>
            </w:pPr>
            <w:r>
              <w:rPr>
                <w:rFonts w:ascii="DejaVu Sans" w:hAnsi="DejaVu Sans"/>
                <w:sz w:val="19"/>
              </w:rPr>
              <w:t>☐  Female</w:t>
            </w:r>
          </w:p>
        </w:tc>
        <w:tc>
          <w:tcPr>
            <w:tcW w:w="3360" w:type="dxa"/>
            <w:tcMar>
              <w:top w:w="45" w:type="dxa"/>
              <w:left w:w="70" w:type="dxa"/>
              <w:bottom w:w="45" w:type="dxa"/>
              <w:right w:w="70" w:type="dxa"/>
            </w:tcMar>
            <w:vAlign w:val="center"/>
          </w:tcPr>
          <w:p w14:paraId="2ADF515E" w14:textId="77777777" w:rsidR="00EF1887" w:rsidRDefault="00BA5A91">
            <w:pPr>
              <w:spacing w:after="0"/>
            </w:pPr>
            <w:r>
              <w:rPr>
                <w:rFonts w:ascii="DejaVu Sans" w:hAnsi="DejaVu Sans"/>
                <w:sz w:val="19"/>
              </w:rPr>
              <w:t>☐  Non-binary</w:t>
            </w:r>
          </w:p>
        </w:tc>
      </w:tr>
      <w:tr w:rsidR="00EF1887" w14:paraId="4E41DF4C" w14:textId="77777777">
        <w:tc>
          <w:tcPr>
            <w:tcW w:w="3360" w:type="dxa"/>
            <w:tcMar>
              <w:top w:w="45" w:type="dxa"/>
              <w:left w:w="70" w:type="dxa"/>
              <w:bottom w:w="45" w:type="dxa"/>
              <w:right w:w="70" w:type="dxa"/>
            </w:tcMar>
            <w:vAlign w:val="center"/>
          </w:tcPr>
          <w:p w14:paraId="1473FAD9" w14:textId="77777777" w:rsidR="00EF1887" w:rsidRDefault="00BA5A91">
            <w:pPr>
              <w:spacing w:after="0"/>
            </w:pPr>
            <w:r>
              <w:rPr>
                <w:rFonts w:ascii="DejaVu Sans" w:hAnsi="DejaVu Sans"/>
                <w:sz w:val="19"/>
              </w:rPr>
              <w:t>☐  Other</w:t>
            </w:r>
          </w:p>
        </w:tc>
        <w:tc>
          <w:tcPr>
            <w:tcW w:w="3360" w:type="dxa"/>
            <w:tcMar>
              <w:top w:w="45" w:type="dxa"/>
              <w:left w:w="70" w:type="dxa"/>
              <w:bottom w:w="45" w:type="dxa"/>
              <w:right w:w="70" w:type="dxa"/>
            </w:tcMar>
            <w:vAlign w:val="center"/>
          </w:tcPr>
          <w:p w14:paraId="7853075D" w14:textId="77777777" w:rsidR="00EF1887" w:rsidRDefault="00BA5A91">
            <w:pPr>
              <w:spacing w:after="0"/>
            </w:pPr>
            <w:r>
              <w:rPr>
                <w:rFonts w:ascii="DejaVu Sans" w:hAnsi="DejaVu Sans"/>
                <w:sz w:val="19"/>
              </w:rPr>
              <w:t>☐  Prefer not to say</w:t>
            </w:r>
          </w:p>
        </w:tc>
        <w:tc>
          <w:tcPr>
            <w:tcW w:w="3360" w:type="dxa"/>
            <w:tcMar>
              <w:top w:w="45" w:type="dxa"/>
              <w:left w:w="70" w:type="dxa"/>
              <w:bottom w:w="45" w:type="dxa"/>
              <w:right w:w="70" w:type="dxa"/>
            </w:tcMar>
            <w:vAlign w:val="center"/>
          </w:tcPr>
          <w:p w14:paraId="4101652C" w14:textId="77777777" w:rsidR="00EF1887" w:rsidRDefault="00EF1887"/>
        </w:tc>
      </w:tr>
    </w:tbl>
    <w:p w14:paraId="6724D2B4" w14:textId="77777777" w:rsidR="00963426" w:rsidRDefault="00963426">
      <w:pPr>
        <w:pStyle w:val="Question"/>
      </w:pPr>
    </w:p>
    <w:p w14:paraId="4A2DA4B1" w14:textId="6B1386BC" w:rsidR="00EF1887" w:rsidRDefault="00BA5A91">
      <w:pPr>
        <w:pStyle w:val="Question"/>
      </w:pPr>
      <w:r>
        <w:t>What is your age range?</w:t>
      </w:r>
    </w:p>
    <w:p w14:paraId="2220F1F5" w14:textId="71055BE8" w:rsidR="00963426" w:rsidRDefault="00963426" w:rsidP="004E5337">
      <w:pPr>
        <w:pStyle w:val="Instruction"/>
      </w:pPr>
      <w:r>
        <w:t>(Please select one)</w:t>
      </w:r>
    </w:p>
    <w:tbl>
      <w:tblPr>
        <w:tblW w:w="0" w:type="auto"/>
        <w:tblLook w:val="04A0" w:firstRow="1" w:lastRow="0" w:firstColumn="1" w:lastColumn="0" w:noHBand="0" w:noVBand="1"/>
      </w:tblPr>
      <w:tblGrid>
        <w:gridCol w:w="2471"/>
        <w:gridCol w:w="2463"/>
        <w:gridCol w:w="2467"/>
        <w:gridCol w:w="2463"/>
      </w:tblGrid>
      <w:tr w:rsidR="00EF1887" w14:paraId="24721B4F" w14:textId="77777777">
        <w:tc>
          <w:tcPr>
            <w:tcW w:w="2520" w:type="dxa"/>
            <w:tcMar>
              <w:top w:w="45" w:type="dxa"/>
              <w:left w:w="70" w:type="dxa"/>
              <w:bottom w:w="45" w:type="dxa"/>
              <w:right w:w="70" w:type="dxa"/>
            </w:tcMar>
            <w:vAlign w:val="center"/>
          </w:tcPr>
          <w:p w14:paraId="36067833" w14:textId="77777777" w:rsidR="00EF1887" w:rsidRDefault="00BA5A91">
            <w:pPr>
              <w:spacing w:after="0"/>
            </w:pPr>
            <w:r>
              <w:rPr>
                <w:rFonts w:ascii="Segoe UI Symbol" w:hAnsi="Segoe UI Symbol" w:cs="Segoe UI Symbol"/>
                <w:sz w:val="19"/>
              </w:rPr>
              <w:t>☐</w:t>
            </w:r>
            <w:r>
              <w:rPr>
                <w:rFonts w:ascii="DejaVu Sans" w:hAnsi="DejaVu Sans"/>
                <w:sz w:val="19"/>
              </w:rPr>
              <w:t xml:space="preserve">  &lt;18 years</w:t>
            </w:r>
          </w:p>
        </w:tc>
        <w:tc>
          <w:tcPr>
            <w:tcW w:w="2520" w:type="dxa"/>
            <w:tcMar>
              <w:top w:w="45" w:type="dxa"/>
              <w:left w:w="70" w:type="dxa"/>
              <w:bottom w:w="45" w:type="dxa"/>
              <w:right w:w="70" w:type="dxa"/>
            </w:tcMar>
            <w:vAlign w:val="center"/>
          </w:tcPr>
          <w:p w14:paraId="3BC86A8B" w14:textId="77777777" w:rsidR="00EF1887" w:rsidRDefault="00BA5A91">
            <w:pPr>
              <w:spacing w:after="0"/>
            </w:pPr>
            <w:r>
              <w:rPr>
                <w:rFonts w:ascii="DejaVu Sans" w:hAnsi="DejaVu Sans"/>
                <w:sz w:val="19"/>
              </w:rPr>
              <w:t>☐  18 – 24</w:t>
            </w:r>
          </w:p>
        </w:tc>
        <w:tc>
          <w:tcPr>
            <w:tcW w:w="2520" w:type="dxa"/>
            <w:tcMar>
              <w:top w:w="45" w:type="dxa"/>
              <w:left w:w="70" w:type="dxa"/>
              <w:bottom w:w="45" w:type="dxa"/>
              <w:right w:w="70" w:type="dxa"/>
            </w:tcMar>
            <w:vAlign w:val="center"/>
          </w:tcPr>
          <w:p w14:paraId="3F885ACF" w14:textId="77777777" w:rsidR="00EF1887" w:rsidRDefault="00BA5A91">
            <w:pPr>
              <w:spacing w:after="0"/>
            </w:pPr>
            <w:r>
              <w:rPr>
                <w:rFonts w:ascii="DejaVu Sans" w:hAnsi="DejaVu Sans"/>
                <w:sz w:val="19"/>
              </w:rPr>
              <w:t>☐  25 – 34</w:t>
            </w:r>
          </w:p>
        </w:tc>
        <w:tc>
          <w:tcPr>
            <w:tcW w:w="2520" w:type="dxa"/>
            <w:tcMar>
              <w:top w:w="45" w:type="dxa"/>
              <w:left w:w="70" w:type="dxa"/>
              <w:bottom w:w="45" w:type="dxa"/>
              <w:right w:w="70" w:type="dxa"/>
            </w:tcMar>
            <w:vAlign w:val="center"/>
          </w:tcPr>
          <w:p w14:paraId="5FE28C8A" w14:textId="77777777" w:rsidR="00EF1887" w:rsidRDefault="00BA5A91">
            <w:pPr>
              <w:spacing w:after="0"/>
            </w:pPr>
            <w:r>
              <w:rPr>
                <w:rFonts w:ascii="DejaVu Sans" w:hAnsi="DejaVu Sans"/>
                <w:sz w:val="19"/>
              </w:rPr>
              <w:t>☐  35 – 44</w:t>
            </w:r>
          </w:p>
        </w:tc>
      </w:tr>
      <w:tr w:rsidR="00EF1887" w14:paraId="3A9809F1" w14:textId="77777777">
        <w:tc>
          <w:tcPr>
            <w:tcW w:w="2520" w:type="dxa"/>
            <w:tcMar>
              <w:top w:w="45" w:type="dxa"/>
              <w:left w:w="70" w:type="dxa"/>
              <w:bottom w:w="45" w:type="dxa"/>
              <w:right w:w="70" w:type="dxa"/>
            </w:tcMar>
            <w:vAlign w:val="center"/>
          </w:tcPr>
          <w:p w14:paraId="02AA8BD6" w14:textId="77777777" w:rsidR="00EF1887" w:rsidRDefault="00BA5A91">
            <w:pPr>
              <w:spacing w:after="0"/>
            </w:pPr>
            <w:r>
              <w:rPr>
                <w:rFonts w:ascii="DejaVu Sans" w:hAnsi="DejaVu Sans"/>
                <w:sz w:val="19"/>
              </w:rPr>
              <w:t>☐  45 – 54</w:t>
            </w:r>
          </w:p>
        </w:tc>
        <w:tc>
          <w:tcPr>
            <w:tcW w:w="2520" w:type="dxa"/>
            <w:tcMar>
              <w:top w:w="45" w:type="dxa"/>
              <w:left w:w="70" w:type="dxa"/>
              <w:bottom w:w="45" w:type="dxa"/>
              <w:right w:w="70" w:type="dxa"/>
            </w:tcMar>
            <w:vAlign w:val="center"/>
          </w:tcPr>
          <w:p w14:paraId="5568F5D8" w14:textId="77777777" w:rsidR="00EF1887" w:rsidRDefault="00BA5A91">
            <w:pPr>
              <w:spacing w:after="0"/>
            </w:pPr>
            <w:r>
              <w:rPr>
                <w:rFonts w:ascii="DejaVu Sans" w:hAnsi="DejaVu Sans"/>
                <w:sz w:val="19"/>
              </w:rPr>
              <w:t>☐  55 – 64</w:t>
            </w:r>
          </w:p>
        </w:tc>
        <w:tc>
          <w:tcPr>
            <w:tcW w:w="2520" w:type="dxa"/>
            <w:tcMar>
              <w:top w:w="45" w:type="dxa"/>
              <w:left w:w="70" w:type="dxa"/>
              <w:bottom w:w="45" w:type="dxa"/>
              <w:right w:w="70" w:type="dxa"/>
            </w:tcMar>
            <w:vAlign w:val="center"/>
          </w:tcPr>
          <w:p w14:paraId="0F0BA2A8" w14:textId="77777777" w:rsidR="00EF1887" w:rsidRDefault="00BA5A91">
            <w:pPr>
              <w:spacing w:after="0"/>
            </w:pPr>
            <w:r>
              <w:rPr>
                <w:rFonts w:ascii="DejaVu Sans" w:hAnsi="DejaVu Sans"/>
                <w:sz w:val="19"/>
              </w:rPr>
              <w:t>☐  65+</w:t>
            </w:r>
          </w:p>
        </w:tc>
        <w:tc>
          <w:tcPr>
            <w:tcW w:w="2520" w:type="dxa"/>
            <w:tcMar>
              <w:top w:w="45" w:type="dxa"/>
              <w:left w:w="70" w:type="dxa"/>
              <w:bottom w:w="45" w:type="dxa"/>
              <w:right w:w="70" w:type="dxa"/>
            </w:tcMar>
            <w:vAlign w:val="center"/>
          </w:tcPr>
          <w:p w14:paraId="4B99056E" w14:textId="77777777" w:rsidR="00EF1887" w:rsidRDefault="00EF1887"/>
        </w:tc>
      </w:tr>
    </w:tbl>
    <w:p w14:paraId="1299C43A" w14:textId="77777777" w:rsidR="00EF1887" w:rsidRDefault="00BA5A91">
      <w:r>
        <w:br w:type="page"/>
      </w:r>
    </w:p>
    <w:p w14:paraId="57B5E73E" w14:textId="77777777" w:rsidR="00EF1887" w:rsidRDefault="00BA5A91">
      <w:pPr>
        <w:pStyle w:val="Heading1"/>
      </w:pPr>
      <w:bookmarkStart w:id="8" w:name="_Toc242799997"/>
      <w:r>
        <w:lastRenderedPageBreak/>
        <w:t>Proposed Commitment 1: Delivering Australia’s First Media Literacy Strategy</w:t>
      </w:r>
      <w:bookmarkEnd w:id="8"/>
    </w:p>
    <w:p w14:paraId="08DFF27A" w14:textId="77777777" w:rsidR="00EF1887" w:rsidRDefault="00BA5A91">
      <w:pPr>
        <w:pStyle w:val="CommitmentText"/>
      </w:pPr>
      <w:r>
        <w:t>Australia will develop its first National Media Literacy Strategy (Strategy) to help Australians understand and engage with news and media in an increasingly complex digital world. The Strategy will consider the impacts of emerging technologies, such as Artificial Intelligence (AI), that are impacting the ability of Australians to critically engage with news and media. Refer to the consultation paper for more information.</w:t>
      </w:r>
    </w:p>
    <w:p w14:paraId="0EF455A4" w14:textId="77777777" w:rsidR="00EF1887" w:rsidRDefault="00BA5A91">
      <w:pPr>
        <w:pStyle w:val="Question"/>
      </w:pPr>
      <w:r>
        <w:t>Is the topic of this commitment (media literacy) important to you?</w:t>
      </w:r>
    </w:p>
    <w:p w14:paraId="4583F975" w14:textId="6C72DBE2" w:rsidR="00963426" w:rsidRDefault="00963426" w:rsidP="004E5337">
      <w:pPr>
        <w:pStyle w:val="Instruction"/>
      </w:pPr>
      <w:r>
        <w:t>(Please select one)</w:t>
      </w:r>
    </w:p>
    <w:tbl>
      <w:tblPr>
        <w:tblW w:w="0" w:type="auto"/>
        <w:tblLook w:val="04A0" w:firstRow="1" w:lastRow="0" w:firstColumn="1" w:lastColumn="0" w:noHBand="0" w:noVBand="1"/>
      </w:tblPr>
      <w:tblGrid>
        <w:gridCol w:w="2468"/>
        <w:gridCol w:w="2469"/>
        <w:gridCol w:w="2459"/>
        <w:gridCol w:w="2468"/>
      </w:tblGrid>
      <w:tr w:rsidR="00EF1887" w14:paraId="29160D1D" w14:textId="77777777">
        <w:tc>
          <w:tcPr>
            <w:tcW w:w="2520" w:type="dxa"/>
            <w:tcMar>
              <w:top w:w="45" w:type="dxa"/>
              <w:left w:w="70" w:type="dxa"/>
              <w:bottom w:w="45" w:type="dxa"/>
              <w:right w:w="70" w:type="dxa"/>
            </w:tcMar>
            <w:vAlign w:val="center"/>
          </w:tcPr>
          <w:p w14:paraId="4D6F03C6" w14:textId="77777777" w:rsidR="00EF1887" w:rsidRDefault="00BA5A91">
            <w:pPr>
              <w:spacing w:after="0"/>
            </w:pPr>
            <w:r>
              <w:rPr>
                <w:rFonts w:ascii="Segoe UI Symbol" w:hAnsi="Segoe UI Symbol" w:cs="Segoe UI Symbol"/>
                <w:sz w:val="19"/>
              </w:rPr>
              <w:t>☐</w:t>
            </w:r>
            <w:r>
              <w:rPr>
                <w:rFonts w:ascii="DejaVu Sans" w:hAnsi="DejaVu Sans"/>
                <w:sz w:val="19"/>
              </w:rPr>
              <w:t xml:space="preserve">  Very important</w:t>
            </w:r>
          </w:p>
        </w:tc>
        <w:tc>
          <w:tcPr>
            <w:tcW w:w="2520" w:type="dxa"/>
            <w:tcMar>
              <w:top w:w="45" w:type="dxa"/>
              <w:left w:w="70" w:type="dxa"/>
              <w:bottom w:w="45" w:type="dxa"/>
              <w:right w:w="70" w:type="dxa"/>
            </w:tcMar>
            <w:vAlign w:val="center"/>
          </w:tcPr>
          <w:p w14:paraId="0F20CE46" w14:textId="77777777" w:rsidR="00EF1887" w:rsidRDefault="00BA5A91">
            <w:pPr>
              <w:spacing w:after="0"/>
            </w:pPr>
            <w:r>
              <w:rPr>
                <w:rFonts w:ascii="DejaVu Sans" w:hAnsi="DejaVu Sans"/>
                <w:sz w:val="19"/>
              </w:rPr>
              <w:t>☐  Important</w:t>
            </w:r>
          </w:p>
        </w:tc>
        <w:tc>
          <w:tcPr>
            <w:tcW w:w="2520" w:type="dxa"/>
            <w:tcMar>
              <w:top w:w="45" w:type="dxa"/>
              <w:left w:w="70" w:type="dxa"/>
              <w:bottom w:w="45" w:type="dxa"/>
              <w:right w:w="70" w:type="dxa"/>
            </w:tcMar>
            <w:vAlign w:val="center"/>
          </w:tcPr>
          <w:p w14:paraId="387D4615" w14:textId="77777777" w:rsidR="00EF1887" w:rsidRDefault="00BA5A91">
            <w:pPr>
              <w:spacing w:after="0"/>
            </w:pPr>
            <w:r>
              <w:rPr>
                <w:rFonts w:ascii="DejaVu Sans" w:hAnsi="DejaVu Sans"/>
                <w:sz w:val="19"/>
              </w:rPr>
              <w:t>☐  Neutral</w:t>
            </w:r>
          </w:p>
        </w:tc>
        <w:tc>
          <w:tcPr>
            <w:tcW w:w="2520" w:type="dxa"/>
            <w:tcMar>
              <w:top w:w="45" w:type="dxa"/>
              <w:left w:w="70" w:type="dxa"/>
              <w:bottom w:w="45" w:type="dxa"/>
              <w:right w:w="70" w:type="dxa"/>
            </w:tcMar>
            <w:vAlign w:val="center"/>
          </w:tcPr>
          <w:p w14:paraId="6D6C5F50" w14:textId="77777777" w:rsidR="00EF1887" w:rsidRDefault="00BA5A91">
            <w:pPr>
              <w:spacing w:after="0"/>
            </w:pPr>
            <w:r>
              <w:rPr>
                <w:rFonts w:ascii="DejaVu Sans" w:hAnsi="DejaVu Sans"/>
                <w:sz w:val="19"/>
              </w:rPr>
              <w:t>☐  Not important</w:t>
            </w:r>
          </w:p>
        </w:tc>
      </w:tr>
    </w:tbl>
    <w:p w14:paraId="20874CD2" w14:textId="77777777" w:rsidR="00EF1887" w:rsidRDefault="00BA5A91">
      <w:pPr>
        <w:pStyle w:val="Question"/>
      </w:pPr>
      <w:r>
        <w:t>Why or why not?</w:t>
      </w:r>
    </w:p>
    <w:p w14:paraId="4C763505" w14:textId="62C55FEF" w:rsidR="00EF1887" w:rsidRDefault="00BA5A91">
      <w:pPr>
        <w:pStyle w:val="Instruction"/>
      </w:pPr>
      <w:r>
        <w:t xml:space="preserve">Please expand your response. There is a limit of </w:t>
      </w:r>
      <w:r w:rsidR="000A2907">
        <w:t>1500 characters</w:t>
      </w:r>
    </w:p>
    <w:tbl>
      <w:tblPr>
        <w:tblW w:w="0" w:type="auto"/>
        <w:jc w:val="center"/>
        <w:tblBorders>
          <w:top w:val="single" w:sz="3" w:space="0" w:color="D5DDE3"/>
          <w:left w:val="single" w:sz="3" w:space="0" w:color="D5DDE3"/>
          <w:bottom w:val="single" w:sz="3" w:space="0" w:color="D5DDE3"/>
          <w:right w:val="single" w:sz="3" w:space="0" w:color="D5DDE3"/>
          <w:insideH w:val="single" w:sz="3" w:space="0" w:color="D5DDE3"/>
          <w:insideV w:val="single" w:sz="3" w:space="0" w:color="D5DDE3"/>
        </w:tblBorders>
        <w:tblLook w:val="04A0" w:firstRow="1" w:lastRow="0" w:firstColumn="1" w:lastColumn="0" w:noHBand="0" w:noVBand="1"/>
      </w:tblPr>
      <w:tblGrid>
        <w:gridCol w:w="9856"/>
      </w:tblGrid>
      <w:tr w:rsidR="00EF1887" w14:paraId="4DDBEF00" w14:textId="77777777">
        <w:trPr>
          <w:trHeight w:val="403"/>
          <w:jc w:val="center"/>
        </w:trPr>
        <w:tc>
          <w:tcPr>
            <w:tcW w:w="10080" w:type="dxa"/>
            <w:tcMar>
              <w:top w:w="40" w:type="dxa"/>
              <w:left w:w="80" w:type="dxa"/>
              <w:bottom w:w="40" w:type="dxa"/>
              <w:right w:w="80" w:type="dxa"/>
            </w:tcMar>
          </w:tcPr>
          <w:p w14:paraId="3461D779" w14:textId="77777777" w:rsidR="00EF1887" w:rsidRDefault="00EF1887">
            <w:pPr>
              <w:spacing w:after="0"/>
            </w:pPr>
          </w:p>
        </w:tc>
      </w:tr>
      <w:tr w:rsidR="00EF1887" w14:paraId="3CF2D8B6" w14:textId="77777777">
        <w:trPr>
          <w:trHeight w:val="403"/>
          <w:jc w:val="center"/>
        </w:trPr>
        <w:tc>
          <w:tcPr>
            <w:tcW w:w="10080" w:type="dxa"/>
            <w:tcMar>
              <w:top w:w="40" w:type="dxa"/>
              <w:left w:w="80" w:type="dxa"/>
              <w:bottom w:w="40" w:type="dxa"/>
              <w:right w:w="80" w:type="dxa"/>
            </w:tcMar>
          </w:tcPr>
          <w:p w14:paraId="0FB78278" w14:textId="77777777" w:rsidR="00EF1887" w:rsidRDefault="00EF1887">
            <w:pPr>
              <w:spacing w:after="0"/>
            </w:pPr>
          </w:p>
        </w:tc>
      </w:tr>
      <w:tr w:rsidR="00EF1887" w14:paraId="1FC39945" w14:textId="77777777">
        <w:trPr>
          <w:trHeight w:val="403"/>
          <w:jc w:val="center"/>
        </w:trPr>
        <w:tc>
          <w:tcPr>
            <w:tcW w:w="10080" w:type="dxa"/>
            <w:tcMar>
              <w:top w:w="40" w:type="dxa"/>
              <w:left w:w="80" w:type="dxa"/>
              <w:bottom w:w="40" w:type="dxa"/>
              <w:right w:w="80" w:type="dxa"/>
            </w:tcMar>
          </w:tcPr>
          <w:p w14:paraId="0562CB0E" w14:textId="77777777" w:rsidR="00EF1887" w:rsidRDefault="00EF1887">
            <w:pPr>
              <w:spacing w:after="0"/>
            </w:pPr>
          </w:p>
        </w:tc>
      </w:tr>
    </w:tbl>
    <w:p w14:paraId="34CE0A41" w14:textId="77777777" w:rsidR="00EF1887" w:rsidRDefault="00EF1887">
      <w:pPr>
        <w:spacing w:after="0"/>
      </w:pPr>
    </w:p>
    <w:p w14:paraId="6C81533C" w14:textId="77777777" w:rsidR="00EF1887" w:rsidRDefault="00BA5A91">
      <w:pPr>
        <w:pStyle w:val="Question"/>
      </w:pPr>
      <w:r>
        <w:t>How important are the possible benefits of the potential commitment, as described in the consultation paper?</w:t>
      </w:r>
    </w:p>
    <w:p w14:paraId="408DEDB4" w14:textId="3F10AF09" w:rsidR="00963426" w:rsidRDefault="00963426" w:rsidP="004E5337">
      <w:pPr>
        <w:pStyle w:val="Instruction"/>
      </w:pPr>
      <w:r>
        <w:t>(Please select one)</w:t>
      </w:r>
    </w:p>
    <w:tbl>
      <w:tblPr>
        <w:tblW w:w="0" w:type="auto"/>
        <w:tblLook w:val="04A0" w:firstRow="1" w:lastRow="0" w:firstColumn="1" w:lastColumn="0" w:noHBand="0" w:noVBand="1"/>
      </w:tblPr>
      <w:tblGrid>
        <w:gridCol w:w="2468"/>
        <w:gridCol w:w="2469"/>
        <w:gridCol w:w="2459"/>
        <w:gridCol w:w="2468"/>
      </w:tblGrid>
      <w:tr w:rsidR="00EF1887" w14:paraId="155B45AF" w14:textId="77777777">
        <w:tc>
          <w:tcPr>
            <w:tcW w:w="2520" w:type="dxa"/>
            <w:tcMar>
              <w:top w:w="45" w:type="dxa"/>
              <w:left w:w="70" w:type="dxa"/>
              <w:bottom w:w="45" w:type="dxa"/>
              <w:right w:w="70" w:type="dxa"/>
            </w:tcMar>
            <w:vAlign w:val="center"/>
          </w:tcPr>
          <w:p w14:paraId="418661FB" w14:textId="77777777" w:rsidR="00EF1887" w:rsidRDefault="00BA5A91">
            <w:pPr>
              <w:spacing w:after="0"/>
            </w:pPr>
            <w:r>
              <w:rPr>
                <w:rFonts w:ascii="Segoe UI Symbol" w:hAnsi="Segoe UI Symbol" w:cs="Segoe UI Symbol"/>
                <w:sz w:val="19"/>
              </w:rPr>
              <w:t>☐</w:t>
            </w:r>
            <w:r>
              <w:rPr>
                <w:rFonts w:ascii="DejaVu Sans" w:hAnsi="DejaVu Sans"/>
                <w:sz w:val="19"/>
              </w:rPr>
              <w:t xml:space="preserve">  Very important</w:t>
            </w:r>
          </w:p>
        </w:tc>
        <w:tc>
          <w:tcPr>
            <w:tcW w:w="2520" w:type="dxa"/>
            <w:tcMar>
              <w:top w:w="45" w:type="dxa"/>
              <w:left w:w="70" w:type="dxa"/>
              <w:bottom w:w="45" w:type="dxa"/>
              <w:right w:w="70" w:type="dxa"/>
            </w:tcMar>
            <w:vAlign w:val="center"/>
          </w:tcPr>
          <w:p w14:paraId="5E8C8E89" w14:textId="77777777" w:rsidR="00EF1887" w:rsidRDefault="00BA5A91">
            <w:pPr>
              <w:spacing w:after="0"/>
            </w:pPr>
            <w:r>
              <w:rPr>
                <w:rFonts w:ascii="DejaVu Sans" w:hAnsi="DejaVu Sans"/>
                <w:sz w:val="19"/>
              </w:rPr>
              <w:t>☐  Important</w:t>
            </w:r>
          </w:p>
        </w:tc>
        <w:tc>
          <w:tcPr>
            <w:tcW w:w="2520" w:type="dxa"/>
            <w:tcMar>
              <w:top w:w="45" w:type="dxa"/>
              <w:left w:w="70" w:type="dxa"/>
              <w:bottom w:w="45" w:type="dxa"/>
              <w:right w:w="70" w:type="dxa"/>
            </w:tcMar>
            <w:vAlign w:val="center"/>
          </w:tcPr>
          <w:p w14:paraId="38C67E8B" w14:textId="77777777" w:rsidR="00EF1887" w:rsidRDefault="00BA5A91">
            <w:pPr>
              <w:spacing w:after="0"/>
            </w:pPr>
            <w:r>
              <w:rPr>
                <w:rFonts w:ascii="DejaVu Sans" w:hAnsi="DejaVu Sans"/>
                <w:sz w:val="19"/>
              </w:rPr>
              <w:t>☐  Neutral</w:t>
            </w:r>
          </w:p>
        </w:tc>
        <w:tc>
          <w:tcPr>
            <w:tcW w:w="2520" w:type="dxa"/>
            <w:tcMar>
              <w:top w:w="45" w:type="dxa"/>
              <w:left w:w="70" w:type="dxa"/>
              <w:bottom w:w="45" w:type="dxa"/>
              <w:right w:w="70" w:type="dxa"/>
            </w:tcMar>
            <w:vAlign w:val="center"/>
          </w:tcPr>
          <w:p w14:paraId="3394954A" w14:textId="77777777" w:rsidR="00EF1887" w:rsidRDefault="00BA5A91">
            <w:pPr>
              <w:spacing w:after="0"/>
            </w:pPr>
            <w:r>
              <w:rPr>
                <w:rFonts w:ascii="DejaVu Sans" w:hAnsi="DejaVu Sans"/>
                <w:sz w:val="19"/>
              </w:rPr>
              <w:t>☐  Not important</w:t>
            </w:r>
          </w:p>
        </w:tc>
      </w:tr>
    </w:tbl>
    <w:p w14:paraId="75B020FF" w14:textId="77777777" w:rsidR="00EF1887" w:rsidRDefault="00BA5A91">
      <w:pPr>
        <w:pStyle w:val="Question"/>
      </w:pPr>
      <w:r>
        <w:t>Do you have any suggestions to modify the potential commitment to increase its benefits?</w:t>
      </w:r>
    </w:p>
    <w:tbl>
      <w:tblPr>
        <w:tblW w:w="0" w:type="auto"/>
        <w:tblLook w:val="04A0" w:firstRow="1" w:lastRow="0" w:firstColumn="1" w:lastColumn="0" w:noHBand="0" w:noVBand="1"/>
      </w:tblPr>
      <w:tblGrid>
        <w:gridCol w:w="4933"/>
        <w:gridCol w:w="4931"/>
      </w:tblGrid>
      <w:tr w:rsidR="00EF1887" w14:paraId="52538A25" w14:textId="77777777">
        <w:tc>
          <w:tcPr>
            <w:tcW w:w="5040" w:type="dxa"/>
            <w:tcMar>
              <w:top w:w="45" w:type="dxa"/>
              <w:left w:w="70" w:type="dxa"/>
              <w:bottom w:w="45" w:type="dxa"/>
              <w:right w:w="70" w:type="dxa"/>
            </w:tcMar>
            <w:vAlign w:val="center"/>
          </w:tcPr>
          <w:p w14:paraId="40902866" w14:textId="77777777" w:rsidR="00EF1887" w:rsidRDefault="00BA5A91">
            <w:pPr>
              <w:spacing w:after="0"/>
            </w:pPr>
            <w:r>
              <w:rPr>
                <w:rFonts w:ascii="DejaVu Sans" w:hAnsi="DejaVu Sans"/>
                <w:sz w:val="19"/>
              </w:rPr>
              <w:t>☐  Yes</w:t>
            </w:r>
          </w:p>
        </w:tc>
        <w:tc>
          <w:tcPr>
            <w:tcW w:w="5040" w:type="dxa"/>
            <w:tcMar>
              <w:top w:w="45" w:type="dxa"/>
              <w:left w:w="70" w:type="dxa"/>
              <w:bottom w:w="45" w:type="dxa"/>
              <w:right w:w="70" w:type="dxa"/>
            </w:tcMar>
            <w:vAlign w:val="center"/>
          </w:tcPr>
          <w:p w14:paraId="53CBAE0F" w14:textId="77777777" w:rsidR="00EF1887" w:rsidRDefault="00BA5A91">
            <w:pPr>
              <w:spacing w:after="0"/>
            </w:pPr>
            <w:r>
              <w:rPr>
                <w:rFonts w:ascii="DejaVu Sans" w:hAnsi="DejaVu Sans"/>
                <w:sz w:val="19"/>
              </w:rPr>
              <w:t>☐  No</w:t>
            </w:r>
          </w:p>
        </w:tc>
      </w:tr>
    </w:tbl>
    <w:p w14:paraId="1A97AF0C" w14:textId="5D0A8352" w:rsidR="00EF1887" w:rsidRDefault="00BA5A91">
      <w:pPr>
        <w:pStyle w:val="Instruction"/>
      </w:pPr>
      <w:r>
        <w:t xml:space="preserve">Please expand on your response. There is a limit of </w:t>
      </w:r>
      <w:r w:rsidR="000A2907">
        <w:t>1500 characters</w:t>
      </w:r>
    </w:p>
    <w:tbl>
      <w:tblPr>
        <w:tblW w:w="0" w:type="auto"/>
        <w:jc w:val="center"/>
        <w:tblBorders>
          <w:top w:val="single" w:sz="3" w:space="0" w:color="D5DDE3"/>
          <w:left w:val="single" w:sz="3" w:space="0" w:color="D5DDE3"/>
          <w:bottom w:val="single" w:sz="3" w:space="0" w:color="D5DDE3"/>
          <w:right w:val="single" w:sz="3" w:space="0" w:color="D5DDE3"/>
          <w:insideH w:val="single" w:sz="3" w:space="0" w:color="D5DDE3"/>
          <w:insideV w:val="single" w:sz="3" w:space="0" w:color="D5DDE3"/>
        </w:tblBorders>
        <w:tblLook w:val="04A0" w:firstRow="1" w:lastRow="0" w:firstColumn="1" w:lastColumn="0" w:noHBand="0" w:noVBand="1"/>
      </w:tblPr>
      <w:tblGrid>
        <w:gridCol w:w="9856"/>
      </w:tblGrid>
      <w:tr w:rsidR="00EF1887" w14:paraId="62EBF3C5" w14:textId="77777777">
        <w:trPr>
          <w:trHeight w:val="403"/>
          <w:jc w:val="center"/>
        </w:trPr>
        <w:tc>
          <w:tcPr>
            <w:tcW w:w="10080" w:type="dxa"/>
            <w:tcMar>
              <w:top w:w="40" w:type="dxa"/>
              <w:left w:w="80" w:type="dxa"/>
              <w:bottom w:w="40" w:type="dxa"/>
              <w:right w:w="80" w:type="dxa"/>
            </w:tcMar>
          </w:tcPr>
          <w:p w14:paraId="6D98A12B" w14:textId="77777777" w:rsidR="00EF1887" w:rsidRDefault="00EF1887">
            <w:pPr>
              <w:spacing w:after="0"/>
            </w:pPr>
          </w:p>
        </w:tc>
      </w:tr>
      <w:tr w:rsidR="00EF1887" w14:paraId="2946DB82" w14:textId="77777777">
        <w:trPr>
          <w:trHeight w:val="403"/>
          <w:jc w:val="center"/>
        </w:trPr>
        <w:tc>
          <w:tcPr>
            <w:tcW w:w="10080" w:type="dxa"/>
            <w:tcMar>
              <w:top w:w="40" w:type="dxa"/>
              <w:left w:w="80" w:type="dxa"/>
              <w:bottom w:w="40" w:type="dxa"/>
              <w:right w:w="80" w:type="dxa"/>
            </w:tcMar>
          </w:tcPr>
          <w:p w14:paraId="5997CC1D" w14:textId="77777777" w:rsidR="00EF1887" w:rsidRDefault="00EF1887">
            <w:pPr>
              <w:spacing w:after="0"/>
            </w:pPr>
          </w:p>
        </w:tc>
      </w:tr>
      <w:tr w:rsidR="00EF1887" w14:paraId="110FFD37" w14:textId="77777777">
        <w:trPr>
          <w:trHeight w:val="403"/>
          <w:jc w:val="center"/>
        </w:trPr>
        <w:tc>
          <w:tcPr>
            <w:tcW w:w="10080" w:type="dxa"/>
            <w:tcMar>
              <w:top w:w="40" w:type="dxa"/>
              <w:left w:w="80" w:type="dxa"/>
              <w:bottom w:w="40" w:type="dxa"/>
              <w:right w:w="80" w:type="dxa"/>
            </w:tcMar>
          </w:tcPr>
          <w:p w14:paraId="6B699379" w14:textId="77777777" w:rsidR="00EF1887" w:rsidRDefault="00EF1887">
            <w:pPr>
              <w:spacing w:after="0"/>
            </w:pPr>
          </w:p>
        </w:tc>
      </w:tr>
    </w:tbl>
    <w:p w14:paraId="3FE9F23F" w14:textId="77777777" w:rsidR="00EF1887" w:rsidRDefault="00EF1887">
      <w:pPr>
        <w:spacing w:after="0"/>
      </w:pPr>
    </w:p>
    <w:p w14:paraId="0589F6E5" w14:textId="77777777" w:rsidR="00EF1887" w:rsidRDefault="00BA5A91">
      <w:pPr>
        <w:pStyle w:val="Question"/>
      </w:pPr>
      <w:r>
        <w:t>Do you have any concerns about possible negative impacts from the potential commitment?</w:t>
      </w:r>
    </w:p>
    <w:tbl>
      <w:tblPr>
        <w:tblW w:w="0" w:type="auto"/>
        <w:tblLook w:val="04A0" w:firstRow="1" w:lastRow="0" w:firstColumn="1" w:lastColumn="0" w:noHBand="0" w:noVBand="1"/>
      </w:tblPr>
      <w:tblGrid>
        <w:gridCol w:w="4933"/>
        <w:gridCol w:w="4931"/>
      </w:tblGrid>
      <w:tr w:rsidR="00EF1887" w14:paraId="7DBA2033" w14:textId="77777777">
        <w:tc>
          <w:tcPr>
            <w:tcW w:w="5040" w:type="dxa"/>
            <w:tcMar>
              <w:top w:w="45" w:type="dxa"/>
              <w:left w:w="70" w:type="dxa"/>
              <w:bottom w:w="45" w:type="dxa"/>
              <w:right w:w="70" w:type="dxa"/>
            </w:tcMar>
            <w:vAlign w:val="center"/>
          </w:tcPr>
          <w:p w14:paraId="1402671B" w14:textId="77777777" w:rsidR="00EF1887" w:rsidRDefault="00BA5A91">
            <w:pPr>
              <w:spacing w:after="0"/>
            </w:pPr>
            <w:r>
              <w:rPr>
                <w:rFonts w:ascii="DejaVu Sans" w:hAnsi="DejaVu Sans"/>
                <w:sz w:val="19"/>
              </w:rPr>
              <w:t>☐  Yes</w:t>
            </w:r>
          </w:p>
        </w:tc>
        <w:tc>
          <w:tcPr>
            <w:tcW w:w="5040" w:type="dxa"/>
            <w:tcMar>
              <w:top w:w="45" w:type="dxa"/>
              <w:left w:w="70" w:type="dxa"/>
              <w:bottom w:w="45" w:type="dxa"/>
              <w:right w:w="70" w:type="dxa"/>
            </w:tcMar>
            <w:vAlign w:val="center"/>
          </w:tcPr>
          <w:p w14:paraId="3EAF2239" w14:textId="77777777" w:rsidR="00EF1887" w:rsidRDefault="00BA5A91">
            <w:pPr>
              <w:spacing w:after="0"/>
            </w:pPr>
            <w:r>
              <w:rPr>
                <w:rFonts w:ascii="DejaVu Sans" w:hAnsi="DejaVu Sans"/>
                <w:sz w:val="19"/>
              </w:rPr>
              <w:t>☐  No</w:t>
            </w:r>
          </w:p>
        </w:tc>
      </w:tr>
    </w:tbl>
    <w:p w14:paraId="0B383CCF" w14:textId="3E3F23D4" w:rsidR="00EF1887" w:rsidRDefault="00BA5A91">
      <w:pPr>
        <w:pStyle w:val="Instruction"/>
      </w:pPr>
      <w:r>
        <w:t xml:space="preserve">Please expand on your response. There is a limit of </w:t>
      </w:r>
      <w:r w:rsidR="000A2907">
        <w:t>1500 characters</w:t>
      </w:r>
    </w:p>
    <w:tbl>
      <w:tblPr>
        <w:tblW w:w="0" w:type="auto"/>
        <w:jc w:val="center"/>
        <w:tblBorders>
          <w:top w:val="single" w:sz="3" w:space="0" w:color="D5DDE3"/>
          <w:left w:val="single" w:sz="3" w:space="0" w:color="D5DDE3"/>
          <w:bottom w:val="single" w:sz="3" w:space="0" w:color="D5DDE3"/>
          <w:right w:val="single" w:sz="3" w:space="0" w:color="D5DDE3"/>
          <w:insideH w:val="single" w:sz="3" w:space="0" w:color="D5DDE3"/>
          <w:insideV w:val="single" w:sz="3" w:space="0" w:color="D5DDE3"/>
        </w:tblBorders>
        <w:tblLook w:val="04A0" w:firstRow="1" w:lastRow="0" w:firstColumn="1" w:lastColumn="0" w:noHBand="0" w:noVBand="1"/>
      </w:tblPr>
      <w:tblGrid>
        <w:gridCol w:w="9856"/>
      </w:tblGrid>
      <w:tr w:rsidR="00EF1887" w14:paraId="1F72F646" w14:textId="77777777">
        <w:trPr>
          <w:trHeight w:val="403"/>
          <w:jc w:val="center"/>
        </w:trPr>
        <w:tc>
          <w:tcPr>
            <w:tcW w:w="10080" w:type="dxa"/>
            <w:tcMar>
              <w:top w:w="40" w:type="dxa"/>
              <w:left w:w="80" w:type="dxa"/>
              <w:bottom w:w="40" w:type="dxa"/>
              <w:right w:w="80" w:type="dxa"/>
            </w:tcMar>
          </w:tcPr>
          <w:p w14:paraId="08CE6F91" w14:textId="77777777" w:rsidR="00EF1887" w:rsidRDefault="00EF1887">
            <w:pPr>
              <w:spacing w:after="0"/>
            </w:pPr>
          </w:p>
        </w:tc>
      </w:tr>
      <w:tr w:rsidR="00EF1887" w14:paraId="61CDCEAD" w14:textId="77777777">
        <w:trPr>
          <w:trHeight w:val="403"/>
          <w:jc w:val="center"/>
        </w:trPr>
        <w:tc>
          <w:tcPr>
            <w:tcW w:w="10080" w:type="dxa"/>
            <w:tcMar>
              <w:top w:w="40" w:type="dxa"/>
              <w:left w:w="80" w:type="dxa"/>
              <w:bottom w:w="40" w:type="dxa"/>
              <w:right w:w="80" w:type="dxa"/>
            </w:tcMar>
          </w:tcPr>
          <w:p w14:paraId="6BB9E253" w14:textId="77777777" w:rsidR="00EF1887" w:rsidRDefault="00EF1887">
            <w:pPr>
              <w:spacing w:after="0"/>
            </w:pPr>
          </w:p>
        </w:tc>
      </w:tr>
      <w:tr w:rsidR="00EF1887" w14:paraId="23DE523C" w14:textId="77777777">
        <w:trPr>
          <w:trHeight w:val="403"/>
          <w:jc w:val="center"/>
        </w:trPr>
        <w:tc>
          <w:tcPr>
            <w:tcW w:w="10080" w:type="dxa"/>
            <w:tcMar>
              <w:top w:w="40" w:type="dxa"/>
              <w:left w:w="80" w:type="dxa"/>
              <w:bottom w:w="40" w:type="dxa"/>
              <w:right w:w="80" w:type="dxa"/>
            </w:tcMar>
          </w:tcPr>
          <w:p w14:paraId="52E56223" w14:textId="77777777" w:rsidR="00EF1887" w:rsidRDefault="00EF1887">
            <w:pPr>
              <w:spacing w:after="0"/>
            </w:pPr>
          </w:p>
        </w:tc>
      </w:tr>
    </w:tbl>
    <w:p w14:paraId="07547A01" w14:textId="77777777" w:rsidR="00EF1887" w:rsidRDefault="00EF1887">
      <w:pPr>
        <w:spacing w:after="0"/>
      </w:pPr>
    </w:p>
    <w:p w14:paraId="5043CB0F" w14:textId="77777777" w:rsidR="00EF1887" w:rsidRDefault="00BA5A91">
      <w:r>
        <w:br w:type="page"/>
      </w:r>
    </w:p>
    <w:p w14:paraId="5A0255C0" w14:textId="77777777" w:rsidR="00EF1887" w:rsidRDefault="00BA5A91">
      <w:pPr>
        <w:pStyle w:val="Heading1"/>
      </w:pPr>
      <w:bookmarkStart w:id="9" w:name="_Toc242799998"/>
      <w:r>
        <w:lastRenderedPageBreak/>
        <w:t>Proposed Commitment 2: Strengthening Youth Engagement in Government Decision-Making</w:t>
      </w:r>
      <w:bookmarkEnd w:id="9"/>
    </w:p>
    <w:p w14:paraId="2D18C64A" w14:textId="77777777" w:rsidR="00EF1887" w:rsidRDefault="00BA5A91">
      <w:pPr>
        <w:pStyle w:val="CommitmentText"/>
      </w:pPr>
      <w:r>
        <w:t xml:space="preserve">The commitment would continue to strengthen opportunities for young people to participate in government decision-making through the </w:t>
      </w:r>
      <w:hyperlink r:id="rId17">
        <w:r>
          <w:rPr>
            <w:color w:val="1F4E79"/>
            <w:u w:val="single"/>
          </w:rPr>
          <w:t>Youth Advisory Group Program.</w:t>
        </w:r>
      </w:hyperlink>
      <w:r>
        <w:t xml:space="preserve"> Building on the previous NAP3 commitment, the initiative would support meaningful engagement with young people and provide structured channels for their perspectives to inform government policies and programs. Refer to the consultation paper for more information.</w:t>
      </w:r>
    </w:p>
    <w:p w14:paraId="73188685" w14:textId="77777777" w:rsidR="00EF1887" w:rsidRDefault="00BA5A91">
      <w:pPr>
        <w:pStyle w:val="Question"/>
      </w:pPr>
      <w:r>
        <w:t>Is the topic of this commitment (youth engagement) important to you?</w:t>
      </w:r>
    </w:p>
    <w:p w14:paraId="681FB055" w14:textId="178CC9D2" w:rsidR="00963426" w:rsidRDefault="00963426" w:rsidP="004E5337">
      <w:pPr>
        <w:pStyle w:val="Instruction"/>
      </w:pPr>
      <w:r>
        <w:t>(Please select one)</w:t>
      </w:r>
    </w:p>
    <w:tbl>
      <w:tblPr>
        <w:tblW w:w="0" w:type="auto"/>
        <w:tblLook w:val="04A0" w:firstRow="1" w:lastRow="0" w:firstColumn="1" w:lastColumn="0" w:noHBand="0" w:noVBand="1"/>
      </w:tblPr>
      <w:tblGrid>
        <w:gridCol w:w="2468"/>
        <w:gridCol w:w="2469"/>
        <w:gridCol w:w="2459"/>
        <w:gridCol w:w="2468"/>
      </w:tblGrid>
      <w:tr w:rsidR="00EF1887" w14:paraId="15BC692C" w14:textId="77777777">
        <w:tc>
          <w:tcPr>
            <w:tcW w:w="2520" w:type="dxa"/>
            <w:tcMar>
              <w:top w:w="45" w:type="dxa"/>
              <w:left w:w="70" w:type="dxa"/>
              <w:bottom w:w="45" w:type="dxa"/>
              <w:right w:w="70" w:type="dxa"/>
            </w:tcMar>
            <w:vAlign w:val="center"/>
          </w:tcPr>
          <w:p w14:paraId="040F6FC4" w14:textId="77777777" w:rsidR="00EF1887" w:rsidRDefault="00BA5A91">
            <w:pPr>
              <w:spacing w:after="0"/>
            </w:pPr>
            <w:r>
              <w:rPr>
                <w:rFonts w:ascii="Segoe UI Symbol" w:hAnsi="Segoe UI Symbol" w:cs="Segoe UI Symbol"/>
                <w:sz w:val="19"/>
              </w:rPr>
              <w:t>☐</w:t>
            </w:r>
            <w:r>
              <w:rPr>
                <w:rFonts w:ascii="DejaVu Sans" w:hAnsi="DejaVu Sans"/>
                <w:sz w:val="19"/>
              </w:rPr>
              <w:t xml:space="preserve">  Very important</w:t>
            </w:r>
          </w:p>
        </w:tc>
        <w:tc>
          <w:tcPr>
            <w:tcW w:w="2520" w:type="dxa"/>
            <w:tcMar>
              <w:top w:w="45" w:type="dxa"/>
              <w:left w:w="70" w:type="dxa"/>
              <w:bottom w:w="45" w:type="dxa"/>
              <w:right w:w="70" w:type="dxa"/>
            </w:tcMar>
            <w:vAlign w:val="center"/>
          </w:tcPr>
          <w:p w14:paraId="5F3FA659" w14:textId="77777777" w:rsidR="00EF1887" w:rsidRDefault="00BA5A91">
            <w:pPr>
              <w:spacing w:after="0"/>
            </w:pPr>
            <w:r>
              <w:rPr>
                <w:rFonts w:ascii="DejaVu Sans" w:hAnsi="DejaVu Sans"/>
                <w:sz w:val="19"/>
              </w:rPr>
              <w:t>☐  Important</w:t>
            </w:r>
          </w:p>
        </w:tc>
        <w:tc>
          <w:tcPr>
            <w:tcW w:w="2520" w:type="dxa"/>
            <w:tcMar>
              <w:top w:w="45" w:type="dxa"/>
              <w:left w:w="70" w:type="dxa"/>
              <w:bottom w:w="45" w:type="dxa"/>
              <w:right w:w="70" w:type="dxa"/>
            </w:tcMar>
            <w:vAlign w:val="center"/>
          </w:tcPr>
          <w:p w14:paraId="5331E4BB" w14:textId="77777777" w:rsidR="00EF1887" w:rsidRDefault="00BA5A91">
            <w:pPr>
              <w:spacing w:after="0"/>
            </w:pPr>
            <w:r>
              <w:rPr>
                <w:rFonts w:ascii="DejaVu Sans" w:hAnsi="DejaVu Sans"/>
                <w:sz w:val="19"/>
              </w:rPr>
              <w:t>☐  Neutral</w:t>
            </w:r>
          </w:p>
        </w:tc>
        <w:tc>
          <w:tcPr>
            <w:tcW w:w="2520" w:type="dxa"/>
            <w:tcMar>
              <w:top w:w="45" w:type="dxa"/>
              <w:left w:w="70" w:type="dxa"/>
              <w:bottom w:w="45" w:type="dxa"/>
              <w:right w:w="70" w:type="dxa"/>
            </w:tcMar>
            <w:vAlign w:val="center"/>
          </w:tcPr>
          <w:p w14:paraId="745A66CB" w14:textId="77777777" w:rsidR="00EF1887" w:rsidRDefault="00BA5A91">
            <w:pPr>
              <w:spacing w:after="0"/>
            </w:pPr>
            <w:r>
              <w:rPr>
                <w:rFonts w:ascii="DejaVu Sans" w:hAnsi="DejaVu Sans"/>
                <w:sz w:val="19"/>
              </w:rPr>
              <w:t>☐  Not important</w:t>
            </w:r>
          </w:p>
        </w:tc>
      </w:tr>
    </w:tbl>
    <w:p w14:paraId="1107DED1" w14:textId="77777777" w:rsidR="00EF1887" w:rsidRDefault="00BA5A91">
      <w:pPr>
        <w:pStyle w:val="Question"/>
      </w:pPr>
      <w:r>
        <w:t>Why or why not?</w:t>
      </w:r>
    </w:p>
    <w:p w14:paraId="23AD1959" w14:textId="3403FB70" w:rsidR="00EF1887" w:rsidRDefault="00BA5A91">
      <w:pPr>
        <w:pStyle w:val="Instruction"/>
      </w:pPr>
      <w:r>
        <w:t xml:space="preserve">Please expand your response. There is a limit of </w:t>
      </w:r>
      <w:r w:rsidR="000A2907">
        <w:t>1500 characters</w:t>
      </w:r>
    </w:p>
    <w:tbl>
      <w:tblPr>
        <w:tblW w:w="0" w:type="auto"/>
        <w:jc w:val="center"/>
        <w:tblBorders>
          <w:top w:val="single" w:sz="3" w:space="0" w:color="D5DDE3"/>
          <w:left w:val="single" w:sz="3" w:space="0" w:color="D5DDE3"/>
          <w:bottom w:val="single" w:sz="3" w:space="0" w:color="D5DDE3"/>
          <w:right w:val="single" w:sz="3" w:space="0" w:color="D5DDE3"/>
          <w:insideH w:val="single" w:sz="3" w:space="0" w:color="D5DDE3"/>
          <w:insideV w:val="single" w:sz="3" w:space="0" w:color="D5DDE3"/>
        </w:tblBorders>
        <w:tblLook w:val="04A0" w:firstRow="1" w:lastRow="0" w:firstColumn="1" w:lastColumn="0" w:noHBand="0" w:noVBand="1"/>
      </w:tblPr>
      <w:tblGrid>
        <w:gridCol w:w="9856"/>
      </w:tblGrid>
      <w:tr w:rsidR="00EF1887" w14:paraId="07459315" w14:textId="77777777">
        <w:trPr>
          <w:trHeight w:val="403"/>
          <w:jc w:val="center"/>
        </w:trPr>
        <w:tc>
          <w:tcPr>
            <w:tcW w:w="10080" w:type="dxa"/>
            <w:tcMar>
              <w:top w:w="40" w:type="dxa"/>
              <w:left w:w="80" w:type="dxa"/>
              <w:bottom w:w="40" w:type="dxa"/>
              <w:right w:w="80" w:type="dxa"/>
            </w:tcMar>
          </w:tcPr>
          <w:p w14:paraId="6537F28F" w14:textId="77777777" w:rsidR="00EF1887" w:rsidRDefault="00EF1887">
            <w:pPr>
              <w:spacing w:after="0"/>
            </w:pPr>
          </w:p>
        </w:tc>
      </w:tr>
      <w:tr w:rsidR="00EF1887" w14:paraId="6DFB9E20" w14:textId="77777777">
        <w:trPr>
          <w:trHeight w:val="403"/>
          <w:jc w:val="center"/>
        </w:trPr>
        <w:tc>
          <w:tcPr>
            <w:tcW w:w="10080" w:type="dxa"/>
            <w:tcMar>
              <w:top w:w="40" w:type="dxa"/>
              <w:left w:w="80" w:type="dxa"/>
              <w:bottom w:w="40" w:type="dxa"/>
              <w:right w:w="80" w:type="dxa"/>
            </w:tcMar>
          </w:tcPr>
          <w:p w14:paraId="70DF9E56" w14:textId="77777777" w:rsidR="00EF1887" w:rsidRDefault="00EF1887">
            <w:pPr>
              <w:spacing w:after="0"/>
            </w:pPr>
          </w:p>
        </w:tc>
      </w:tr>
      <w:tr w:rsidR="00EF1887" w14:paraId="44E871BC" w14:textId="77777777">
        <w:trPr>
          <w:trHeight w:val="403"/>
          <w:jc w:val="center"/>
        </w:trPr>
        <w:tc>
          <w:tcPr>
            <w:tcW w:w="10080" w:type="dxa"/>
            <w:tcMar>
              <w:top w:w="40" w:type="dxa"/>
              <w:left w:w="80" w:type="dxa"/>
              <w:bottom w:w="40" w:type="dxa"/>
              <w:right w:w="80" w:type="dxa"/>
            </w:tcMar>
          </w:tcPr>
          <w:p w14:paraId="144A5D23" w14:textId="77777777" w:rsidR="00EF1887" w:rsidRDefault="00EF1887">
            <w:pPr>
              <w:spacing w:after="0"/>
            </w:pPr>
          </w:p>
        </w:tc>
      </w:tr>
    </w:tbl>
    <w:p w14:paraId="738610EB" w14:textId="77777777" w:rsidR="00EF1887" w:rsidRDefault="00EF1887">
      <w:pPr>
        <w:spacing w:after="0"/>
      </w:pPr>
    </w:p>
    <w:p w14:paraId="2D9A9334" w14:textId="77777777" w:rsidR="00EF1887" w:rsidRDefault="00BA5A91">
      <w:pPr>
        <w:pStyle w:val="Question"/>
      </w:pPr>
      <w:r>
        <w:t>How important are the possible benefits of the potential commitment, as described in the consultation paper?</w:t>
      </w:r>
    </w:p>
    <w:p w14:paraId="135D7BB9" w14:textId="1826E004" w:rsidR="00963426" w:rsidRDefault="00963426" w:rsidP="004E5337">
      <w:pPr>
        <w:pStyle w:val="Instruction"/>
      </w:pPr>
      <w:r>
        <w:t>(Please select one)</w:t>
      </w:r>
    </w:p>
    <w:tbl>
      <w:tblPr>
        <w:tblW w:w="0" w:type="auto"/>
        <w:tblLook w:val="04A0" w:firstRow="1" w:lastRow="0" w:firstColumn="1" w:lastColumn="0" w:noHBand="0" w:noVBand="1"/>
      </w:tblPr>
      <w:tblGrid>
        <w:gridCol w:w="2468"/>
        <w:gridCol w:w="2469"/>
        <w:gridCol w:w="2459"/>
        <w:gridCol w:w="2468"/>
      </w:tblGrid>
      <w:tr w:rsidR="00EF1887" w14:paraId="4AA74E2F" w14:textId="77777777">
        <w:tc>
          <w:tcPr>
            <w:tcW w:w="2520" w:type="dxa"/>
            <w:tcMar>
              <w:top w:w="45" w:type="dxa"/>
              <w:left w:w="70" w:type="dxa"/>
              <w:bottom w:w="45" w:type="dxa"/>
              <w:right w:w="70" w:type="dxa"/>
            </w:tcMar>
            <w:vAlign w:val="center"/>
          </w:tcPr>
          <w:p w14:paraId="475F557E" w14:textId="77777777" w:rsidR="00EF1887" w:rsidRDefault="00BA5A91">
            <w:pPr>
              <w:spacing w:after="0"/>
            </w:pPr>
            <w:r>
              <w:rPr>
                <w:rFonts w:ascii="Segoe UI Symbol" w:hAnsi="Segoe UI Symbol" w:cs="Segoe UI Symbol"/>
                <w:sz w:val="19"/>
              </w:rPr>
              <w:t>☐</w:t>
            </w:r>
            <w:r>
              <w:rPr>
                <w:rFonts w:ascii="DejaVu Sans" w:hAnsi="DejaVu Sans"/>
                <w:sz w:val="19"/>
              </w:rPr>
              <w:t xml:space="preserve">  Very important</w:t>
            </w:r>
          </w:p>
        </w:tc>
        <w:tc>
          <w:tcPr>
            <w:tcW w:w="2520" w:type="dxa"/>
            <w:tcMar>
              <w:top w:w="45" w:type="dxa"/>
              <w:left w:w="70" w:type="dxa"/>
              <w:bottom w:w="45" w:type="dxa"/>
              <w:right w:w="70" w:type="dxa"/>
            </w:tcMar>
            <w:vAlign w:val="center"/>
          </w:tcPr>
          <w:p w14:paraId="078E10F8" w14:textId="77777777" w:rsidR="00EF1887" w:rsidRDefault="00BA5A91">
            <w:pPr>
              <w:spacing w:after="0"/>
            </w:pPr>
            <w:r>
              <w:rPr>
                <w:rFonts w:ascii="DejaVu Sans" w:hAnsi="DejaVu Sans"/>
                <w:sz w:val="19"/>
              </w:rPr>
              <w:t>☐  Important</w:t>
            </w:r>
          </w:p>
        </w:tc>
        <w:tc>
          <w:tcPr>
            <w:tcW w:w="2520" w:type="dxa"/>
            <w:tcMar>
              <w:top w:w="45" w:type="dxa"/>
              <w:left w:w="70" w:type="dxa"/>
              <w:bottom w:w="45" w:type="dxa"/>
              <w:right w:w="70" w:type="dxa"/>
            </w:tcMar>
            <w:vAlign w:val="center"/>
          </w:tcPr>
          <w:p w14:paraId="40FE21ED" w14:textId="77777777" w:rsidR="00EF1887" w:rsidRDefault="00BA5A91">
            <w:pPr>
              <w:spacing w:after="0"/>
            </w:pPr>
            <w:r>
              <w:rPr>
                <w:rFonts w:ascii="DejaVu Sans" w:hAnsi="DejaVu Sans"/>
                <w:sz w:val="19"/>
              </w:rPr>
              <w:t>☐  Neutral</w:t>
            </w:r>
          </w:p>
        </w:tc>
        <w:tc>
          <w:tcPr>
            <w:tcW w:w="2520" w:type="dxa"/>
            <w:tcMar>
              <w:top w:w="45" w:type="dxa"/>
              <w:left w:w="70" w:type="dxa"/>
              <w:bottom w:w="45" w:type="dxa"/>
              <w:right w:w="70" w:type="dxa"/>
            </w:tcMar>
            <w:vAlign w:val="center"/>
          </w:tcPr>
          <w:p w14:paraId="19DB4926" w14:textId="77777777" w:rsidR="00EF1887" w:rsidRDefault="00BA5A91">
            <w:pPr>
              <w:spacing w:after="0"/>
            </w:pPr>
            <w:r>
              <w:rPr>
                <w:rFonts w:ascii="DejaVu Sans" w:hAnsi="DejaVu Sans"/>
                <w:sz w:val="19"/>
              </w:rPr>
              <w:t>☐  Not important</w:t>
            </w:r>
          </w:p>
        </w:tc>
      </w:tr>
    </w:tbl>
    <w:p w14:paraId="60FE91C0" w14:textId="77777777" w:rsidR="00EF1887" w:rsidRDefault="00BA5A91">
      <w:pPr>
        <w:pStyle w:val="Question"/>
      </w:pPr>
      <w:r>
        <w:t>Do you have any suggestions to modify the potential commitment to increase its benefits?</w:t>
      </w:r>
    </w:p>
    <w:tbl>
      <w:tblPr>
        <w:tblW w:w="0" w:type="auto"/>
        <w:tblLook w:val="04A0" w:firstRow="1" w:lastRow="0" w:firstColumn="1" w:lastColumn="0" w:noHBand="0" w:noVBand="1"/>
      </w:tblPr>
      <w:tblGrid>
        <w:gridCol w:w="4933"/>
        <w:gridCol w:w="4931"/>
      </w:tblGrid>
      <w:tr w:rsidR="00EF1887" w14:paraId="0A7DF7F1" w14:textId="77777777">
        <w:tc>
          <w:tcPr>
            <w:tcW w:w="5040" w:type="dxa"/>
            <w:tcMar>
              <w:top w:w="45" w:type="dxa"/>
              <w:left w:w="70" w:type="dxa"/>
              <w:bottom w:w="45" w:type="dxa"/>
              <w:right w:w="70" w:type="dxa"/>
            </w:tcMar>
            <w:vAlign w:val="center"/>
          </w:tcPr>
          <w:p w14:paraId="6C191555" w14:textId="77777777" w:rsidR="00EF1887" w:rsidRDefault="00BA5A91">
            <w:pPr>
              <w:spacing w:after="0"/>
            </w:pPr>
            <w:r>
              <w:rPr>
                <w:rFonts w:ascii="DejaVu Sans" w:hAnsi="DejaVu Sans"/>
                <w:sz w:val="19"/>
              </w:rPr>
              <w:t>☐  Yes</w:t>
            </w:r>
          </w:p>
        </w:tc>
        <w:tc>
          <w:tcPr>
            <w:tcW w:w="5040" w:type="dxa"/>
            <w:tcMar>
              <w:top w:w="45" w:type="dxa"/>
              <w:left w:w="70" w:type="dxa"/>
              <w:bottom w:w="45" w:type="dxa"/>
              <w:right w:w="70" w:type="dxa"/>
            </w:tcMar>
            <w:vAlign w:val="center"/>
          </w:tcPr>
          <w:p w14:paraId="23557358" w14:textId="77777777" w:rsidR="00EF1887" w:rsidRDefault="00BA5A91">
            <w:pPr>
              <w:spacing w:after="0"/>
            </w:pPr>
            <w:r>
              <w:rPr>
                <w:rFonts w:ascii="DejaVu Sans" w:hAnsi="DejaVu Sans"/>
                <w:sz w:val="19"/>
              </w:rPr>
              <w:t>☐  No</w:t>
            </w:r>
          </w:p>
        </w:tc>
      </w:tr>
    </w:tbl>
    <w:p w14:paraId="6D3325AD" w14:textId="658E4EAA" w:rsidR="00EF1887" w:rsidRDefault="00BA5A91">
      <w:pPr>
        <w:pStyle w:val="Instruction"/>
      </w:pPr>
      <w:r>
        <w:t xml:space="preserve">Please expand your response. There is a limit of </w:t>
      </w:r>
      <w:r w:rsidR="000A2907">
        <w:t>1500 characters</w:t>
      </w:r>
    </w:p>
    <w:tbl>
      <w:tblPr>
        <w:tblW w:w="0" w:type="auto"/>
        <w:jc w:val="center"/>
        <w:tblBorders>
          <w:top w:val="single" w:sz="3" w:space="0" w:color="D5DDE3"/>
          <w:left w:val="single" w:sz="3" w:space="0" w:color="D5DDE3"/>
          <w:bottom w:val="single" w:sz="3" w:space="0" w:color="D5DDE3"/>
          <w:right w:val="single" w:sz="3" w:space="0" w:color="D5DDE3"/>
          <w:insideH w:val="single" w:sz="3" w:space="0" w:color="D5DDE3"/>
          <w:insideV w:val="single" w:sz="3" w:space="0" w:color="D5DDE3"/>
        </w:tblBorders>
        <w:tblLook w:val="04A0" w:firstRow="1" w:lastRow="0" w:firstColumn="1" w:lastColumn="0" w:noHBand="0" w:noVBand="1"/>
      </w:tblPr>
      <w:tblGrid>
        <w:gridCol w:w="9856"/>
      </w:tblGrid>
      <w:tr w:rsidR="00EF1887" w14:paraId="637805D2" w14:textId="77777777">
        <w:trPr>
          <w:trHeight w:val="403"/>
          <w:jc w:val="center"/>
        </w:trPr>
        <w:tc>
          <w:tcPr>
            <w:tcW w:w="10080" w:type="dxa"/>
            <w:tcMar>
              <w:top w:w="40" w:type="dxa"/>
              <w:left w:w="80" w:type="dxa"/>
              <w:bottom w:w="40" w:type="dxa"/>
              <w:right w:w="80" w:type="dxa"/>
            </w:tcMar>
          </w:tcPr>
          <w:p w14:paraId="463F29E8" w14:textId="77777777" w:rsidR="00EF1887" w:rsidRDefault="00EF1887">
            <w:pPr>
              <w:spacing w:after="0"/>
            </w:pPr>
          </w:p>
        </w:tc>
      </w:tr>
      <w:tr w:rsidR="00EF1887" w14:paraId="3B7B4B86" w14:textId="77777777">
        <w:trPr>
          <w:trHeight w:val="403"/>
          <w:jc w:val="center"/>
        </w:trPr>
        <w:tc>
          <w:tcPr>
            <w:tcW w:w="10080" w:type="dxa"/>
            <w:tcMar>
              <w:top w:w="40" w:type="dxa"/>
              <w:left w:w="80" w:type="dxa"/>
              <w:bottom w:w="40" w:type="dxa"/>
              <w:right w:w="80" w:type="dxa"/>
            </w:tcMar>
          </w:tcPr>
          <w:p w14:paraId="3A0FF5F2" w14:textId="77777777" w:rsidR="00EF1887" w:rsidRDefault="00EF1887">
            <w:pPr>
              <w:spacing w:after="0"/>
            </w:pPr>
          </w:p>
        </w:tc>
      </w:tr>
      <w:tr w:rsidR="00EF1887" w14:paraId="5630AD66" w14:textId="77777777">
        <w:trPr>
          <w:trHeight w:val="403"/>
          <w:jc w:val="center"/>
        </w:trPr>
        <w:tc>
          <w:tcPr>
            <w:tcW w:w="10080" w:type="dxa"/>
            <w:tcMar>
              <w:top w:w="40" w:type="dxa"/>
              <w:left w:w="80" w:type="dxa"/>
              <w:bottom w:w="40" w:type="dxa"/>
              <w:right w:w="80" w:type="dxa"/>
            </w:tcMar>
          </w:tcPr>
          <w:p w14:paraId="61829076" w14:textId="77777777" w:rsidR="00EF1887" w:rsidRDefault="00EF1887">
            <w:pPr>
              <w:spacing w:after="0"/>
            </w:pPr>
          </w:p>
        </w:tc>
      </w:tr>
    </w:tbl>
    <w:p w14:paraId="2BA226A1" w14:textId="77777777" w:rsidR="00EF1887" w:rsidRDefault="00EF1887">
      <w:pPr>
        <w:spacing w:after="0"/>
      </w:pPr>
    </w:p>
    <w:p w14:paraId="0B5C2885" w14:textId="77777777" w:rsidR="00EF1887" w:rsidRDefault="00BA5A91">
      <w:pPr>
        <w:pStyle w:val="Question"/>
      </w:pPr>
      <w:r>
        <w:t>Do you have any concerns about possible negative impacts from the potential commitment?</w:t>
      </w:r>
    </w:p>
    <w:tbl>
      <w:tblPr>
        <w:tblW w:w="0" w:type="auto"/>
        <w:tblLook w:val="04A0" w:firstRow="1" w:lastRow="0" w:firstColumn="1" w:lastColumn="0" w:noHBand="0" w:noVBand="1"/>
      </w:tblPr>
      <w:tblGrid>
        <w:gridCol w:w="4933"/>
        <w:gridCol w:w="4931"/>
      </w:tblGrid>
      <w:tr w:rsidR="00EF1887" w14:paraId="06F6DE94" w14:textId="77777777">
        <w:tc>
          <w:tcPr>
            <w:tcW w:w="5040" w:type="dxa"/>
            <w:tcMar>
              <w:top w:w="45" w:type="dxa"/>
              <w:left w:w="70" w:type="dxa"/>
              <w:bottom w:w="45" w:type="dxa"/>
              <w:right w:w="70" w:type="dxa"/>
            </w:tcMar>
            <w:vAlign w:val="center"/>
          </w:tcPr>
          <w:p w14:paraId="08C8B103" w14:textId="77777777" w:rsidR="00EF1887" w:rsidRDefault="00BA5A91">
            <w:pPr>
              <w:spacing w:after="0"/>
            </w:pPr>
            <w:r>
              <w:rPr>
                <w:rFonts w:ascii="DejaVu Sans" w:hAnsi="DejaVu Sans"/>
                <w:sz w:val="19"/>
              </w:rPr>
              <w:t>☐  Yes</w:t>
            </w:r>
          </w:p>
        </w:tc>
        <w:tc>
          <w:tcPr>
            <w:tcW w:w="5040" w:type="dxa"/>
            <w:tcMar>
              <w:top w:w="45" w:type="dxa"/>
              <w:left w:w="70" w:type="dxa"/>
              <w:bottom w:w="45" w:type="dxa"/>
              <w:right w:w="70" w:type="dxa"/>
            </w:tcMar>
            <w:vAlign w:val="center"/>
          </w:tcPr>
          <w:p w14:paraId="06A23642" w14:textId="77777777" w:rsidR="00EF1887" w:rsidRDefault="00BA5A91">
            <w:pPr>
              <w:spacing w:after="0"/>
            </w:pPr>
            <w:r>
              <w:rPr>
                <w:rFonts w:ascii="DejaVu Sans" w:hAnsi="DejaVu Sans"/>
                <w:sz w:val="19"/>
              </w:rPr>
              <w:t>☐  No</w:t>
            </w:r>
          </w:p>
        </w:tc>
      </w:tr>
    </w:tbl>
    <w:p w14:paraId="632E6930" w14:textId="28F20A64" w:rsidR="00EF1887" w:rsidRDefault="00BA5A91">
      <w:pPr>
        <w:pStyle w:val="Instruction"/>
      </w:pPr>
      <w:r>
        <w:t xml:space="preserve">Please expand your response. There is a limit of </w:t>
      </w:r>
      <w:r w:rsidR="000A2907">
        <w:t>1500 characters</w:t>
      </w:r>
    </w:p>
    <w:tbl>
      <w:tblPr>
        <w:tblW w:w="0" w:type="auto"/>
        <w:jc w:val="center"/>
        <w:tblBorders>
          <w:top w:val="single" w:sz="3" w:space="0" w:color="D5DDE3"/>
          <w:left w:val="single" w:sz="3" w:space="0" w:color="D5DDE3"/>
          <w:bottom w:val="single" w:sz="3" w:space="0" w:color="D5DDE3"/>
          <w:right w:val="single" w:sz="3" w:space="0" w:color="D5DDE3"/>
          <w:insideH w:val="single" w:sz="3" w:space="0" w:color="D5DDE3"/>
          <w:insideV w:val="single" w:sz="3" w:space="0" w:color="D5DDE3"/>
        </w:tblBorders>
        <w:tblLook w:val="04A0" w:firstRow="1" w:lastRow="0" w:firstColumn="1" w:lastColumn="0" w:noHBand="0" w:noVBand="1"/>
      </w:tblPr>
      <w:tblGrid>
        <w:gridCol w:w="9856"/>
      </w:tblGrid>
      <w:tr w:rsidR="00EF1887" w14:paraId="17AD93B2" w14:textId="77777777">
        <w:trPr>
          <w:trHeight w:val="403"/>
          <w:jc w:val="center"/>
        </w:trPr>
        <w:tc>
          <w:tcPr>
            <w:tcW w:w="10080" w:type="dxa"/>
            <w:tcMar>
              <w:top w:w="40" w:type="dxa"/>
              <w:left w:w="80" w:type="dxa"/>
              <w:bottom w:w="40" w:type="dxa"/>
              <w:right w:w="80" w:type="dxa"/>
            </w:tcMar>
          </w:tcPr>
          <w:p w14:paraId="0DE4B5B7" w14:textId="77777777" w:rsidR="00EF1887" w:rsidRDefault="00EF1887">
            <w:pPr>
              <w:spacing w:after="0"/>
            </w:pPr>
          </w:p>
        </w:tc>
      </w:tr>
      <w:tr w:rsidR="00EF1887" w14:paraId="66204FF1" w14:textId="77777777">
        <w:trPr>
          <w:trHeight w:val="403"/>
          <w:jc w:val="center"/>
        </w:trPr>
        <w:tc>
          <w:tcPr>
            <w:tcW w:w="10080" w:type="dxa"/>
            <w:tcMar>
              <w:top w:w="40" w:type="dxa"/>
              <w:left w:w="80" w:type="dxa"/>
              <w:bottom w:w="40" w:type="dxa"/>
              <w:right w:w="80" w:type="dxa"/>
            </w:tcMar>
          </w:tcPr>
          <w:p w14:paraId="2DBF0D7D" w14:textId="77777777" w:rsidR="00EF1887" w:rsidRDefault="00EF1887">
            <w:pPr>
              <w:spacing w:after="0"/>
            </w:pPr>
          </w:p>
        </w:tc>
      </w:tr>
      <w:tr w:rsidR="00EF1887" w14:paraId="6B62F1B3" w14:textId="77777777">
        <w:trPr>
          <w:trHeight w:val="403"/>
          <w:jc w:val="center"/>
        </w:trPr>
        <w:tc>
          <w:tcPr>
            <w:tcW w:w="10080" w:type="dxa"/>
            <w:tcMar>
              <w:top w:w="40" w:type="dxa"/>
              <w:left w:w="80" w:type="dxa"/>
              <w:bottom w:w="40" w:type="dxa"/>
              <w:right w:w="80" w:type="dxa"/>
            </w:tcMar>
          </w:tcPr>
          <w:p w14:paraId="02F2C34E" w14:textId="77777777" w:rsidR="00EF1887" w:rsidRDefault="00EF1887">
            <w:pPr>
              <w:spacing w:after="0"/>
            </w:pPr>
          </w:p>
        </w:tc>
      </w:tr>
    </w:tbl>
    <w:p w14:paraId="680A4E5D" w14:textId="77777777" w:rsidR="00EF1887" w:rsidRDefault="00EF1887">
      <w:pPr>
        <w:spacing w:after="0"/>
      </w:pPr>
    </w:p>
    <w:p w14:paraId="19219836" w14:textId="77777777" w:rsidR="00EF1887" w:rsidRDefault="00BA5A91">
      <w:r>
        <w:br w:type="page"/>
      </w:r>
    </w:p>
    <w:p w14:paraId="2072FC91" w14:textId="77777777" w:rsidR="00EF1887" w:rsidRDefault="00BA5A91">
      <w:pPr>
        <w:pStyle w:val="Heading1"/>
      </w:pPr>
      <w:bookmarkStart w:id="10" w:name="_Toc242799999"/>
      <w:r>
        <w:lastRenderedPageBreak/>
        <w:t>Proposed Commitment 3: Enhancing transparency of corporate ownership to build integrity and trust and reduce the risk of financial crime and corruption</w:t>
      </w:r>
      <w:bookmarkEnd w:id="10"/>
    </w:p>
    <w:p w14:paraId="15FFE146" w14:textId="77777777" w:rsidR="00EF1887" w:rsidRDefault="00BA5A91">
      <w:pPr>
        <w:pStyle w:val="CommitmentText"/>
      </w:pPr>
      <w:r>
        <w:t>This commitment seeks to improve transparency about who ultimately owns, controls and benefits from unlisted companies operating in Australia. Building on the previous NAP3 commitment, the Australian Government will continue policy and technical reform work toward establishing a register of beneficial ownership information for unlisted companies (unlisted company BO register) and strengthen the supporting regulatory infrastructure. Refer to the consultation paper for more information.</w:t>
      </w:r>
    </w:p>
    <w:p w14:paraId="24164B40" w14:textId="77777777" w:rsidR="00EF1887" w:rsidRDefault="00BA5A91">
      <w:pPr>
        <w:pStyle w:val="Question"/>
      </w:pPr>
      <w:r>
        <w:t>Is the topic of this commitment (transparency of corporate ownership) important to you?</w:t>
      </w:r>
    </w:p>
    <w:p w14:paraId="15BA1066" w14:textId="62CFA513" w:rsidR="00963426" w:rsidRDefault="00963426" w:rsidP="004E5337">
      <w:pPr>
        <w:pStyle w:val="Instruction"/>
      </w:pPr>
      <w:r>
        <w:t>(Please select one)</w:t>
      </w:r>
    </w:p>
    <w:tbl>
      <w:tblPr>
        <w:tblW w:w="0" w:type="auto"/>
        <w:tblLook w:val="04A0" w:firstRow="1" w:lastRow="0" w:firstColumn="1" w:lastColumn="0" w:noHBand="0" w:noVBand="1"/>
      </w:tblPr>
      <w:tblGrid>
        <w:gridCol w:w="2468"/>
        <w:gridCol w:w="2469"/>
        <w:gridCol w:w="2459"/>
        <w:gridCol w:w="2468"/>
      </w:tblGrid>
      <w:tr w:rsidR="00EF1887" w14:paraId="1BC23BEC" w14:textId="77777777">
        <w:tc>
          <w:tcPr>
            <w:tcW w:w="2520" w:type="dxa"/>
            <w:tcMar>
              <w:top w:w="45" w:type="dxa"/>
              <w:left w:w="70" w:type="dxa"/>
              <w:bottom w:w="45" w:type="dxa"/>
              <w:right w:w="70" w:type="dxa"/>
            </w:tcMar>
            <w:vAlign w:val="center"/>
          </w:tcPr>
          <w:p w14:paraId="2AA36172" w14:textId="77777777" w:rsidR="00EF1887" w:rsidRDefault="00BA5A91">
            <w:pPr>
              <w:spacing w:after="0"/>
            </w:pPr>
            <w:r>
              <w:rPr>
                <w:rFonts w:ascii="Segoe UI Symbol" w:hAnsi="Segoe UI Symbol" w:cs="Segoe UI Symbol"/>
                <w:sz w:val="19"/>
              </w:rPr>
              <w:t>☐</w:t>
            </w:r>
            <w:r>
              <w:rPr>
                <w:rFonts w:ascii="DejaVu Sans" w:hAnsi="DejaVu Sans"/>
                <w:sz w:val="19"/>
              </w:rPr>
              <w:t xml:space="preserve">  Very important</w:t>
            </w:r>
          </w:p>
        </w:tc>
        <w:tc>
          <w:tcPr>
            <w:tcW w:w="2520" w:type="dxa"/>
            <w:tcMar>
              <w:top w:w="45" w:type="dxa"/>
              <w:left w:w="70" w:type="dxa"/>
              <w:bottom w:w="45" w:type="dxa"/>
              <w:right w:w="70" w:type="dxa"/>
            </w:tcMar>
            <w:vAlign w:val="center"/>
          </w:tcPr>
          <w:p w14:paraId="236848DB" w14:textId="77777777" w:rsidR="00EF1887" w:rsidRDefault="00BA5A91">
            <w:pPr>
              <w:spacing w:after="0"/>
            </w:pPr>
            <w:r>
              <w:rPr>
                <w:rFonts w:ascii="DejaVu Sans" w:hAnsi="DejaVu Sans"/>
                <w:sz w:val="19"/>
              </w:rPr>
              <w:t>☐  Important</w:t>
            </w:r>
          </w:p>
        </w:tc>
        <w:tc>
          <w:tcPr>
            <w:tcW w:w="2520" w:type="dxa"/>
            <w:tcMar>
              <w:top w:w="45" w:type="dxa"/>
              <w:left w:w="70" w:type="dxa"/>
              <w:bottom w:w="45" w:type="dxa"/>
              <w:right w:w="70" w:type="dxa"/>
            </w:tcMar>
            <w:vAlign w:val="center"/>
          </w:tcPr>
          <w:p w14:paraId="4E768EBB" w14:textId="77777777" w:rsidR="00EF1887" w:rsidRDefault="00BA5A91">
            <w:pPr>
              <w:spacing w:after="0"/>
            </w:pPr>
            <w:r>
              <w:rPr>
                <w:rFonts w:ascii="DejaVu Sans" w:hAnsi="DejaVu Sans"/>
                <w:sz w:val="19"/>
              </w:rPr>
              <w:t>☐  Neutral</w:t>
            </w:r>
          </w:p>
        </w:tc>
        <w:tc>
          <w:tcPr>
            <w:tcW w:w="2520" w:type="dxa"/>
            <w:tcMar>
              <w:top w:w="45" w:type="dxa"/>
              <w:left w:w="70" w:type="dxa"/>
              <w:bottom w:w="45" w:type="dxa"/>
              <w:right w:w="70" w:type="dxa"/>
            </w:tcMar>
            <w:vAlign w:val="center"/>
          </w:tcPr>
          <w:p w14:paraId="39C79532" w14:textId="77777777" w:rsidR="00EF1887" w:rsidRDefault="00BA5A91">
            <w:pPr>
              <w:spacing w:after="0"/>
            </w:pPr>
            <w:r>
              <w:rPr>
                <w:rFonts w:ascii="DejaVu Sans" w:hAnsi="DejaVu Sans"/>
                <w:sz w:val="19"/>
              </w:rPr>
              <w:t>☐  Not important</w:t>
            </w:r>
          </w:p>
        </w:tc>
      </w:tr>
    </w:tbl>
    <w:p w14:paraId="6D237A7C" w14:textId="77777777" w:rsidR="00EF1887" w:rsidRDefault="00BA5A91">
      <w:pPr>
        <w:pStyle w:val="Question"/>
      </w:pPr>
      <w:r>
        <w:t>Why or why not?</w:t>
      </w:r>
    </w:p>
    <w:p w14:paraId="1ECFC800" w14:textId="6085BC24" w:rsidR="00EF1887" w:rsidRDefault="00BA5A91">
      <w:pPr>
        <w:pStyle w:val="Instruction"/>
      </w:pPr>
      <w:r>
        <w:t xml:space="preserve">Please expand your response. There is a limit of </w:t>
      </w:r>
      <w:r w:rsidR="000A2907">
        <w:t>1500 characters</w:t>
      </w:r>
    </w:p>
    <w:tbl>
      <w:tblPr>
        <w:tblW w:w="0" w:type="auto"/>
        <w:jc w:val="center"/>
        <w:tblBorders>
          <w:top w:val="single" w:sz="3" w:space="0" w:color="D5DDE3"/>
          <w:left w:val="single" w:sz="3" w:space="0" w:color="D5DDE3"/>
          <w:bottom w:val="single" w:sz="3" w:space="0" w:color="D5DDE3"/>
          <w:right w:val="single" w:sz="3" w:space="0" w:color="D5DDE3"/>
          <w:insideH w:val="single" w:sz="3" w:space="0" w:color="D5DDE3"/>
          <w:insideV w:val="single" w:sz="3" w:space="0" w:color="D5DDE3"/>
        </w:tblBorders>
        <w:tblLook w:val="04A0" w:firstRow="1" w:lastRow="0" w:firstColumn="1" w:lastColumn="0" w:noHBand="0" w:noVBand="1"/>
      </w:tblPr>
      <w:tblGrid>
        <w:gridCol w:w="9856"/>
      </w:tblGrid>
      <w:tr w:rsidR="00EF1887" w14:paraId="296FEF7D" w14:textId="77777777">
        <w:trPr>
          <w:trHeight w:val="403"/>
          <w:jc w:val="center"/>
        </w:trPr>
        <w:tc>
          <w:tcPr>
            <w:tcW w:w="10080" w:type="dxa"/>
            <w:tcMar>
              <w:top w:w="40" w:type="dxa"/>
              <w:left w:w="80" w:type="dxa"/>
              <w:bottom w:w="40" w:type="dxa"/>
              <w:right w:w="80" w:type="dxa"/>
            </w:tcMar>
          </w:tcPr>
          <w:p w14:paraId="7194DBDC" w14:textId="77777777" w:rsidR="00EF1887" w:rsidRDefault="00EF1887">
            <w:pPr>
              <w:spacing w:after="0"/>
            </w:pPr>
          </w:p>
        </w:tc>
      </w:tr>
      <w:tr w:rsidR="00EF1887" w14:paraId="769D0D3C" w14:textId="77777777">
        <w:trPr>
          <w:trHeight w:val="403"/>
          <w:jc w:val="center"/>
        </w:trPr>
        <w:tc>
          <w:tcPr>
            <w:tcW w:w="10080" w:type="dxa"/>
            <w:tcMar>
              <w:top w:w="40" w:type="dxa"/>
              <w:left w:w="80" w:type="dxa"/>
              <w:bottom w:w="40" w:type="dxa"/>
              <w:right w:w="80" w:type="dxa"/>
            </w:tcMar>
          </w:tcPr>
          <w:p w14:paraId="54CD245A" w14:textId="77777777" w:rsidR="00EF1887" w:rsidRDefault="00EF1887">
            <w:pPr>
              <w:spacing w:after="0"/>
            </w:pPr>
          </w:p>
        </w:tc>
      </w:tr>
      <w:tr w:rsidR="00EF1887" w14:paraId="1231BE67" w14:textId="77777777">
        <w:trPr>
          <w:trHeight w:val="403"/>
          <w:jc w:val="center"/>
        </w:trPr>
        <w:tc>
          <w:tcPr>
            <w:tcW w:w="10080" w:type="dxa"/>
            <w:tcMar>
              <w:top w:w="40" w:type="dxa"/>
              <w:left w:w="80" w:type="dxa"/>
              <w:bottom w:w="40" w:type="dxa"/>
              <w:right w:w="80" w:type="dxa"/>
            </w:tcMar>
          </w:tcPr>
          <w:p w14:paraId="36FEB5B0" w14:textId="77777777" w:rsidR="00EF1887" w:rsidRDefault="00EF1887">
            <w:pPr>
              <w:spacing w:after="0"/>
            </w:pPr>
          </w:p>
        </w:tc>
      </w:tr>
    </w:tbl>
    <w:p w14:paraId="30D7AA69" w14:textId="77777777" w:rsidR="00EF1887" w:rsidRDefault="00EF1887">
      <w:pPr>
        <w:spacing w:after="0"/>
      </w:pPr>
    </w:p>
    <w:p w14:paraId="59471922" w14:textId="77777777" w:rsidR="00EF1887" w:rsidRDefault="00BA5A91">
      <w:pPr>
        <w:pStyle w:val="Question"/>
      </w:pPr>
      <w:r>
        <w:t>How important are the possible benefits of the potential commitment, as described in the consultation paper?</w:t>
      </w:r>
    </w:p>
    <w:p w14:paraId="338E1D0E" w14:textId="5DB7DFD2" w:rsidR="00963426" w:rsidRDefault="00963426" w:rsidP="004E5337">
      <w:pPr>
        <w:pStyle w:val="Instruction"/>
      </w:pPr>
      <w:r>
        <w:t>(Please select one)</w:t>
      </w:r>
    </w:p>
    <w:tbl>
      <w:tblPr>
        <w:tblW w:w="0" w:type="auto"/>
        <w:tblLook w:val="04A0" w:firstRow="1" w:lastRow="0" w:firstColumn="1" w:lastColumn="0" w:noHBand="0" w:noVBand="1"/>
      </w:tblPr>
      <w:tblGrid>
        <w:gridCol w:w="2468"/>
        <w:gridCol w:w="2469"/>
        <w:gridCol w:w="2459"/>
        <w:gridCol w:w="2468"/>
      </w:tblGrid>
      <w:tr w:rsidR="00EF1887" w14:paraId="7503DE23" w14:textId="77777777">
        <w:tc>
          <w:tcPr>
            <w:tcW w:w="2520" w:type="dxa"/>
            <w:tcMar>
              <w:top w:w="45" w:type="dxa"/>
              <w:left w:w="70" w:type="dxa"/>
              <w:bottom w:w="45" w:type="dxa"/>
              <w:right w:w="70" w:type="dxa"/>
            </w:tcMar>
            <w:vAlign w:val="center"/>
          </w:tcPr>
          <w:p w14:paraId="457B1488" w14:textId="77777777" w:rsidR="00EF1887" w:rsidRDefault="00BA5A91">
            <w:pPr>
              <w:spacing w:after="0"/>
            </w:pPr>
            <w:r>
              <w:rPr>
                <w:rFonts w:ascii="Segoe UI Symbol" w:hAnsi="Segoe UI Symbol" w:cs="Segoe UI Symbol"/>
                <w:sz w:val="19"/>
              </w:rPr>
              <w:t>☐</w:t>
            </w:r>
            <w:r>
              <w:rPr>
                <w:rFonts w:ascii="DejaVu Sans" w:hAnsi="DejaVu Sans"/>
                <w:sz w:val="19"/>
              </w:rPr>
              <w:t xml:space="preserve">  Very important</w:t>
            </w:r>
          </w:p>
        </w:tc>
        <w:tc>
          <w:tcPr>
            <w:tcW w:w="2520" w:type="dxa"/>
            <w:tcMar>
              <w:top w:w="45" w:type="dxa"/>
              <w:left w:w="70" w:type="dxa"/>
              <w:bottom w:w="45" w:type="dxa"/>
              <w:right w:w="70" w:type="dxa"/>
            </w:tcMar>
            <w:vAlign w:val="center"/>
          </w:tcPr>
          <w:p w14:paraId="457F0085" w14:textId="77777777" w:rsidR="00EF1887" w:rsidRDefault="00BA5A91">
            <w:pPr>
              <w:spacing w:after="0"/>
            </w:pPr>
            <w:r>
              <w:rPr>
                <w:rFonts w:ascii="DejaVu Sans" w:hAnsi="DejaVu Sans"/>
                <w:sz w:val="19"/>
              </w:rPr>
              <w:t>☐  Important</w:t>
            </w:r>
          </w:p>
        </w:tc>
        <w:tc>
          <w:tcPr>
            <w:tcW w:w="2520" w:type="dxa"/>
            <w:tcMar>
              <w:top w:w="45" w:type="dxa"/>
              <w:left w:w="70" w:type="dxa"/>
              <w:bottom w:w="45" w:type="dxa"/>
              <w:right w:w="70" w:type="dxa"/>
            </w:tcMar>
            <w:vAlign w:val="center"/>
          </w:tcPr>
          <w:p w14:paraId="10FC1D2A" w14:textId="77777777" w:rsidR="00EF1887" w:rsidRDefault="00BA5A91">
            <w:pPr>
              <w:spacing w:after="0"/>
            </w:pPr>
            <w:r>
              <w:rPr>
                <w:rFonts w:ascii="DejaVu Sans" w:hAnsi="DejaVu Sans"/>
                <w:sz w:val="19"/>
              </w:rPr>
              <w:t>☐  Neutral</w:t>
            </w:r>
          </w:p>
        </w:tc>
        <w:tc>
          <w:tcPr>
            <w:tcW w:w="2520" w:type="dxa"/>
            <w:tcMar>
              <w:top w:w="45" w:type="dxa"/>
              <w:left w:w="70" w:type="dxa"/>
              <w:bottom w:w="45" w:type="dxa"/>
              <w:right w:w="70" w:type="dxa"/>
            </w:tcMar>
            <w:vAlign w:val="center"/>
          </w:tcPr>
          <w:p w14:paraId="48D31756" w14:textId="77777777" w:rsidR="00EF1887" w:rsidRDefault="00BA5A91">
            <w:pPr>
              <w:spacing w:after="0"/>
            </w:pPr>
            <w:r>
              <w:rPr>
                <w:rFonts w:ascii="DejaVu Sans" w:hAnsi="DejaVu Sans"/>
                <w:sz w:val="19"/>
              </w:rPr>
              <w:t>☐  Not important</w:t>
            </w:r>
          </w:p>
        </w:tc>
      </w:tr>
    </w:tbl>
    <w:p w14:paraId="5BCCEF6E" w14:textId="77777777" w:rsidR="00EF1887" w:rsidRDefault="00BA5A91">
      <w:pPr>
        <w:pStyle w:val="Question"/>
      </w:pPr>
      <w:r>
        <w:t>Do you have any suggestions to modify the potential commitment to increase its benefits?</w:t>
      </w:r>
    </w:p>
    <w:tbl>
      <w:tblPr>
        <w:tblW w:w="0" w:type="auto"/>
        <w:tblLook w:val="04A0" w:firstRow="1" w:lastRow="0" w:firstColumn="1" w:lastColumn="0" w:noHBand="0" w:noVBand="1"/>
      </w:tblPr>
      <w:tblGrid>
        <w:gridCol w:w="4933"/>
        <w:gridCol w:w="4931"/>
      </w:tblGrid>
      <w:tr w:rsidR="00EF1887" w14:paraId="7A2A5A68" w14:textId="77777777">
        <w:tc>
          <w:tcPr>
            <w:tcW w:w="5040" w:type="dxa"/>
            <w:tcMar>
              <w:top w:w="45" w:type="dxa"/>
              <w:left w:w="70" w:type="dxa"/>
              <w:bottom w:w="45" w:type="dxa"/>
              <w:right w:w="70" w:type="dxa"/>
            </w:tcMar>
            <w:vAlign w:val="center"/>
          </w:tcPr>
          <w:p w14:paraId="69406F1F" w14:textId="77777777" w:rsidR="00EF1887" w:rsidRDefault="00BA5A91">
            <w:pPr>
              <w:spacing w:after="0"/>
            </w:pPr>
            <w:r>
              <w:rPr>
                <w:rFonts w:ascii="DejaVu Sans" w:hAnsi="DejaVu Sans"/>
                <w:sz w:val="19"/>
              </w:rPr>
              <w:t>☐  Yes</w:t>
            </w:r>
          </w:p>
        </w:tc>
        <w:tc>
          <w:tcPr>
            <w:tcW w:w="5040" w:type="dxa"/>
            <w:tcMar>
              <w:top w:w="45" w:type="dxa"/>
              <w:left w:w="70" w:type="dxa"/>
              <w:bottom w:w="45" w:type="dxa"/>
              <w:right w:w="70" w:type="dxa"/>
            </w:tcMar>
            <w:vAlign w:val="center"/>
          </w:tcPr>
          <w:p w14:paraId="5E9A64AC" w14:textId="77777777" w:rsidR="00EF1887" w:rsidRDefault="00BA5A91">
            <w:pPr>
              <w:spacing w:after="0"/>
            </w:pPr>
            <w:r>
              <w:rPr>
                <w:rFonts w:ascii="DejaVu Sans" w:hAnsi="DejaVu Sans"/>
                <w:sz w:val="19"/>
              </w:rPr>
              <w:t>☐  No</w:t>
            </w:r>
          </w:p>
        </w:tc>
      </w:tr>
    </w:tbl>
    <w:p w14:paraId="72D430BE" w14:textId="706398EF" w:rsidR="00EF1887" w:rsidRDefault="00BA5A91">
      <w:pPr>
        <w:pStyle w:val="Instruction"/>
      </w:pPr>
      <w:r>
        <w:t xml:space="preserve">Please expand your response. There is a limit of </w:t>
      </w:r>
      <w:r w:rsidR="000A2907">
        <w:t>1500 characters</w:t>
      </w:r>
    </w:p>
    <w:tbl>
      <w:tblPr>
        <w:tblW w:w="0" w:type="auto"/>
        <w:jc w:val="center"/>
        <w:tblBorders>
          <w:top w:val="single" w:sz="3" w:space="0" w:color="D5DDE3"/>
          <w:left w:val="single" w:sz="3" w:space="0" w:color="D5DDE3"/>
          <w:bottom w:val="single" w:sz="3" w:space="0" w:color="D5DDE3"/>
          <w:right w:val="single" w:sz="3" w:space="0" w:color="D5DDE3"/>
          <w:insideH w:val="single" w:sz="3" w:space="0" w:color="D5DDE3"/>
          <w:insideV w:val="single" w:sz="3" w:space="0" w:color="D5DDE3"/>
        </w:tblBorders>
        <w:tblLook w:val="04A0" w:firstRow="1" w:lastRow="0" w:firstColumn="1" w:lastColumn="0" w:noHBand="0" w:noVBand="1"/>
      </w:tblPr>
      <w:tblGrid>
        <w:gridCol w:w="9856"/>
      </w:tblGrid>
      <w:tr w:rsidR="00EF1887" w14:paraId="7196D064" w14:textId="77777777">
        <w:trPr>
          <w:trHeight w:val="403"/>
          <w:jc w:val="center"/>
        </w:trPr>
        <w:tc>
          <w:tcPr>
            <w:tcW w:w="10080" w:type="dxa"/>
            <w:tcMar>
              <w:top w:w="40" w:type="dxa"/>
              <w:left w:w="80" w:type="dxa"/>
              <w:bottom w:w="40" w:type="dxa"/>
              <w:right w:w="80" w:type="dxa"/>
            </w:tcMar>
          </w:tcPr>
          <w:p w14:paraId="34FF1C98" w14:textId="77777777" w:rsidR="00EF1887" w:rsidRDefault="00EF1887">
            <w:pPr>
              <w:spacing w:after="0"/>
            </w:pPr>
          </w:p>
        </w:tc>
      </w:tr>
      <w:tr w:rsidR="00EF1887" w14:paraId="6D072C0D" w14:textId="77777777">
        <w:trPr>
          <w:trHeight w:val="403"/>
          <w:jc w:val="center"/>
        </w:trPr>
        <w:tc>
          <w:tcPr>
            <w:tcW w:w="10080" w:type="dxa"/>
            <w:tcMar>
              <w:top w:w="40" w:type="dxa"/>
              <w:left w:w="80" w:type="dxa"/>
              <w:bottom w:w="40" w:type="dxa"/>
              <w:right w:w="80" w:type="dxa"/>
            </w:tcMar>
          </w:tcPr>
          <w:p w14:paraId="48A21919" w14:textId="77777777" w:rsidR="00EF1887" w:rsidRDefault="00EF1887">
            <w:pPr>
              <w:spacing w:after="0"/>
            </w:pPr>
          </w:p>
        </w:tc>
      </w:tr>
      <w:tr w:rsidR="00EF1887" w14:paraId="6BD18F9B" w14:textId="77777777">
        <w:trPr>
          <w:trHeight w:val="403"/>
          <w:jc w:val="center"/>
        </w:trPr>
        <w:tc>
          <w:tcPr>
            <w:tcW w:w="10080" w:type="dxa"/>
            <w:tcMar>
              <w:top w:w="40" w:type="dxa"/>
              <w:left w:w="80" w:type="dxa"/>
              <w:bottom w:w="40" w:type="dxa"/>
              <w:right w:w="80" w:type="dxa"/>
            </w:tcMar>
          </w:tcPr>
          <w:p w14:paraId="238601FE" w14:textId="77777777" w:rsidR="00EF1887" w:rsidRDefault="00EF1887">
            <w:pPr>
              <w:spacing w:after="0"/>
            </w:pPr>
          </w:p>
        </w:tc>
      </w:tr>
    </w:tbl>
    <w:p w14:paraId="0F3CABC7" w14:textId="77777777" w:rsidR="00EF1887" w:rsidRDefault="00EF1887">
      <w:pPr>
        <w:spacing w:after="0"/>
      </w:pPr>
    </w:p>
    <w:p w14:paraId="38D85BD2" w14:textId="77777777" w:rsidR="00EF1887" w:rsidRDefault="00BA5A91">
      <w:pPr>
        <w:pStyle w:val="Question"/>
      </w:pPr>
      <w:r>
        <w:t>Do you have any concerns about possible negative impacts from the potential commitment?</w:t>
      </w:r>
    </w:p>
    <w:tbl>
      <w:tblPr>
        <w:tblW w:w="0" w:type="auto"/>
        <w:tblLook w:val="04A0" w:firstRow="1" w:lastRow="0" w:firstColumn="1" w:lastColumn="0" w:noHBand="0" w:noVBand="1"/>
      </w:tblPr>
      <w:tblGrid>
        <w:gridCol w:w="4933"/>
        <w:gridCol w:w="4931"/>
      </w:tblGrid>
      <w:tr w:rsidR="00EF1887" w14:paraId="56DA3837" w14:textId="77777777">
        <w:tc>
          <w:tcPr>
            <w:tcW w:w="5040" w:type="dxa"/>
            <w:tcMar>
              <w:top w:w="45" w:type="dxa"/>
              <w:left w:w="70" w:type="dxa"/>
              <w:bottom w:w="45" w:type="dxa"/>
              <w:right w:w="70" w:type="dxa"/>
            </w:tcMar>
            <w:vAlign w:val="center"/>
          </w:tcPr>
          <w:p w14:paraId="2D45FEA8" w14:textId="77777777" w:rsidR="00EF1887" w:rsidRDefault="00BA5A91">
            <w:pPr>
              <w:spacing w:after="0"/>
            </w:pPr>
            <w:r>
              <w:rPr>
                <w:rFonts w:ascii="DejaVu Sans" w:hAnsi="DejaVu Sans"/>
                <w:sz w:val="19"/>
              </w:rPr>
              <w:t>☐  Yes</w:t>
            </w:r>
          </w:p>
        </w:tc>
        <w:tc>
          <w:tcPr>
            <w:tcW w:w="5040" w:type="dxa"/>
            <w:tcMar>
              <w:top w:w="45" w:type="dxa"/>
              <w:left w:w="70" w:type="dxa"/>
              <w:bottom w:w="45" w:type="dxa"/>
              <w:right w:w="70" w:type="dxa"/>
            </w:tcMar>
            <w:vAlign w:val="center"/>
          </w:tcPr>
          <w:p w14:paraId="29DDC09F" w14:textId="77777777" w:rsidR="00EF1887" w:rsidRDefault="00BA5A91">
            <w:pPr>
              <w:spacing w:after="0"/>
            </w:pPr>
            <w:r>
              <w:rPr>
                <w:rFonts w:ascii="DejaVu Sans" w:hAnsi="DejaVu Sans"/>
                <w:sz w:val="19"/>
              </w:rPr>
              <w:t>☐  No</w:t>
            </w:r>
          </w:p>
        </w:tc>
      </w:tr>
    </w:tbl>
    <w:p w14:paraId="5DC79820" w14:textId="67EF66A6" w:rsidR="00EF1887" w:rsidRDefault="00BA5A91">
      <w:pPr>
        <w:pStyle w:val="Instruction"/>
      </w:pPr>
      <w:r>
        <w:t xml:space="preserve">Please expand your response. There is a limit of </w:t>
      </w:r>
      <w:r w:rsidR="000A2907">
        <w:t>1500 characters</w:t>
      </w:r>
    </w:p>
    <w:tbl>
      <w:tblPr>
        <w:tblW w:w="0" w:type="auto"/>
        <w:jc w:val="center"/>
        <w:tblBorders>
          <w:top w:val="single" w:sz="3" w:space="0" w:color="D5DDE3"/>
          <w:left w:val="single" w:sz="3" w:space="0" w:color="D5DDE3"/>
          <w:bottom w:val="single" w:sz="3" w:space="0" w:color="D5DDE3"/>
          <w:right w:val="single" w:sz="3" w:space="0" w:color="D5DDE3"/>
          <w:insideH w:val="single" w:sz="3" w:space="0" w:color="D5DDE3"/>
          <w:insideV w:val="single" w:sz="3" w:space="0" w:color="D5DDE3"/>
        </w:tblBorders>
        <w:tblLook w:val="04A0" w:firstRow="1" w:lastRow="0" w:firstColumn="1" w:lastColumn="0" w:noHBand="0" w:noVBand="1"/>
      </w:tblPr>
      <w:tblGrid>
        <w:gridCol w:w="9856"/>
      </w:tblGrid>
      <w:tr w:rsidR="00EF1887" w14:paraId="5B08B5D1" w14:textId="77777777">
        <w:trPr>
          <w:trHeight w:val="403"/>
          <w:jc w:val="center"/>
        </w:trPr>
        <w:tc>
          <w:tcPr>
            <w:tcW w:w="10080" w:type="dxa"/>
            <w:tcMar>
              <w:top w:w="40" w:type="dxa"/>
              <w:left w:w="80" w:type="dxa"/>
              <w:bottom w:w="40" w:type="dxa"/>
              <w:right w:w="80" w:type="dxa"/>
            </w:tcMar>
          </w:tcPr>
          <w:p w14:paraId="16DEB4AB" w14:textId="77777777" w:rsidR="00EF1887" w:rsidRDefault="00EF1887">
            <w:pPr>
              <w:spacing w:after="0"/>
            </w:pPr>
          </w:p>
        </w:tc>
      </w:tr>
      <w:tr w:rsidR="00EF1887" w14:paraId="0AD9C6F4" w14:textId="77777777">
        <w:trPr>
          <w:trHeight w:val="403"/>
          <w:jc w:val="center"/>
        </w:trPr>
        <w:tc>
          <w:tcPr>
            <w:tcW w:w="10080" w:type="dxa"/>
            <w:tcMar>
              <w:top w:w="40" w:type="dxa"/>
              <w:left w:w="80" w:type="dxa"/>
              <w:bottom w:w="40" w:type="dxa"/>
              <w:right w:w="80" w:type="dxa"/>
            </w:tcMar>
          </w:tcPr>
          <w:p w14:paraId="4B1F511A" w14:textId="77777777" w:rsidR="00EF1887" w:rsidRDefault="00EF1887">
            <w:pPr>
              <w:spacing w:after="0"/>
            </w:pPr>
          </w:p>
        </w:tc>
      </w:tr>
      <w:tr w:rsidR="00EF1887" w14:paraId="65F9C3DC" w14:textId="77777777">
        <w:trPr>
          <w:trHeight w:val="403"/>
          <w:jc w:val="center"/>
        </w:trPr>
        <w:tc>
          <w:tcPr>
            <w:tcW w:w="10080" w:type="dxa"/>
            <w:tcMar>
              <w:top w:w="40" w:type="dxa"/>
              <w:left w:w="80" w:type="dxa"/>
              <w:bottom w:w="40" w:type="dxa"/>
              <w:right w:w="80" w:type="dxa"/>
            </w:tcMar>
          </w:tcPr>
          <w:p w14:paraId="5023141B" w14:textId="77777777" w:rsidR="00EF1887" w:rsidRDefault="00EF1887">
            <w:pPr>
              <w:spacing w:after="0"/>
            </w:pPr>
          </w:p>
        </w:tc>
      </w:tr>
    </w:tbl>
    <w:p w14:paraId="1F3B1409" w14:textId="77777777" w:rsidR="00EF1887" w:rsidRDefault="00EF1887">
      <w:pPr>
        <w:spacing w:after="0"/>
      </w:pPr>
    </w:p>
    <w:p w14:paraId="562C75D1" w14:textId="77777777" w:rsidR="00EF1887" w:rsidRDefault="00BA5A91">
      <w:r>
        <w:br w:type="page"/>
      </w:r>
    </w:p>
    <w:p w14:paraId="156DD5CB" w14:textId="77777777" w:rsidR="00EF1887" w:rsidRDefault="00BA5A91">
      <w:pPr>
        <w:pStyle w:val="Heading1"/>
      </w:pPr>
      <w:bookmarkStart w:id="11" w:name="_Toc242800000"/>
      <w:r>
        <w:lastRenderedPageBreak/>
        <w:t>Proposed Commitment 4: Strengthening civic participation through collaborative design of model government engagement processes</w:t>
      </w:r>
      <w:bookmarkEnd w:id="11"/>
    </w:p>
    <w:p w14:paraId="2C2B481A" w14:textId="77777777" w:rsidR="00EF1887" w:rsidRDefault="00BA5A91">
      <w:pPr>
        <w:pStyle w:val="CommitmentText"/>
      </w:pPr>
      <w:r>
        <w:t>This commitment aims to strengthen open government by modelling collaborative engagement and participation processes through Civic Space Policy Design Workshops. The workshops will bring together civil society organisations, local and state governments, and Commonwealth agencies to explore how Australia can implement specific recommendations from the OECD Open Government Review of Australia: Strengthening Civic Space and Participation (the Review). Refer to the consultation paper for more information.</w:t>
      </w:r>
    </w:p>
    <w:p w14:paraId="3515A2B2" w14:textId="77777777" w:rsidR="00EF1887" w:rsidRDefault="00BA5A91">
      <w:pPr>
        <w:pStyle w:val="Question"/>
      </w:pPr>
      <w:r>
        <w:t>Is the topic of this commitment (civic participation) important to you?</w:t>
      </w:r>
    </w:p>
    <w:p w14:paraId="2664A20E" w14:textId="127F1337" w:rsidR="00963426" w:rsidRDefault="00963426" w:rsidP="004E5337">
      <w:pPr>
        <w:pStyle w:val="Instruction"/>
      </w:pPr>
      <w:r>
        <w:t>(Please select one)</w:t>
      </w:r>
    </w:p>
    <w:tbl>
      <w:tblPr>
        <w:tblW w:w="0" w:type="auto"/>
        <w:tblLook w:val="04A0" w:firstRow="1" w:lastRow="0" w:firstColumn="1" w:lastColumn="0" w:noHBand="0" w:noVBand="1"/>
      </w:tblPr>
      <w:tblGrid>
        <w:gridCol w:w="2468"/>
        <w:gridCol w:w="2469"/>
        <w:gridCol w:w="2459"/>
        <w:gridCol w:w="2468"/>
      </w:tblGrid>
      <w:tr w:rsidR="00EF1887" w14:paraId="6CF817AB" w14:textId="77777777">
        <w:tc>
          <w:tcPr>
            <w:tcW w:w="2520" w:type="dxa"/>
            <w:tcMar>
              <w:top w:w="45" w:type="dxa"/>
              <w:left w:w="70" w:type="dxa"/>
              <w:bottom w:w="45" w:type="dxa"/>
              <w:right w:w="70" w:type="dxa"/>
            </w:tcMar>
            <w:vAlign w:val="center"/>
          </w:tcPr>
          <w:p w14:paraId="1CD4AE45" w14:textId="77777777" w:rsidR="00EF1887" w:rsidRDefault="00BA5A91">
            <w:pPr>
              <w:spacing w:after="0"/>
            </w:pPr>
            <w:r>
              <w:rPr>
                <w:rFonts w:ascii="Segoe UI Symbol" w:hAnsi="Segoe UI Symbol" w:cs="Segoe UI Symbol"/>
                <w:sz w:val="19"/>
              </w:rPr>
              <w:t>☐</w:t>
            </w:r>
            <w:r>
              <w:rPr>
                <w:rFonts w:ascii="DejaVu Sans" w:hAnsi="DejaVu Sans"/>
                <w:sz w:val="19"/>
              </w:rPr>
              <w:t xml:space="preserve">  Very important</w:t>
            </w:r>
          </w:p>
        </w:tc>
        <w:tc>
          <w:tcPr>
            <w:tcW w:w="2520" w:type="dxa"/>
            <w:tcMar>
              <w:top w:w="45" w:type="dxa"/>
              <w:left w:w="70" w:type="dxa"/>
              <w:bottom w:w="45" w:type="dxa"/>
              <w:right w:w="70" w:type="dxa"/>
            </w:tcMar>
            <w:vAlign w:val="center"/>
          </w:tcPr>
          <w:p w14:paraId="160CBAA4" w14:textId="77777777" w:rsidR="00EF1887" w:rsidRDefault="00BA5A91">
            <w:pPr>
              <w:spacing w:after="0"/>
            </w:pPr>
            <w:r>
              <w:rPr>
                <w:rFonts w:ascii="DejaVu Sans" w:hAnsi="DejaVu Sans"/>
                <w:sz w:val="19"/>
              </w:rPr>
              <w:t>☐  Important</w:t>
            </w:r>
          </w:p>
        </w:tc>
        <w:tc>
          <w:tcPr>
            <w:tcW w:w="2520" w:type="dxa"/>
            <w:tcMar>
              <w:top w:w="45" w:type="dxa"/>
              <w:left w:w="70" w:type="dxa"/>
              <w:bottom w:w="45" w:type="dxa"/>
              <w:right w:w="70" w:type="dxa"/>
            </w:tcMar>
            <w:vAlign w:val="center"/>
          </w:tcPr>
          <w:p w14:paraId="2777D0C5" w14:textId="77777777" w:rsidR="00EF1887" w:rsidRDefault="00BA5A91">
            <w:pPr>
              <w:spacing w:after="0"/>
            </w:pPr>
            <w:r>
              <w:rPr>
                <w:rFonts w:ascii="DejaVu Sans" w:hAnsi="DejaVu Sans"/>
                <w:sz w:val="19"/>
              </w:rPr>
              <w:t>☐  Neutral</w:t>
            </w:r>
          </w:p>
        </w:tc>
        <w:tc>
          <w:tcPr>
            <w:tcW w:w="2520" w:type="dxa"/>
            <w:tcMar>
              <w:top w:w="45" w:type="dxa"/>
              <w:left w:w="70" w:type="dxa"/>
              <w:bottom w:w="45" w:type="dxa"/>
              <w:right w:w="70" w:type="dxa"/>
            </w:tcMar>
            <w:vAlign w:val="center"/>
          </w:tcPr>
          <w:p w14:paraId="5A51A3B3" w14:textId="77777777" w:rsidR="00EF1887" w:rsidRDefault="00BA5A91">
            <w:pPr>
              <w:spacing w:after="0"/>
            </w:pPr>
            <w:r>
              <w:rPr>
                <w:rFonts w:ascii="DejaVu Sans" w:hAnsi="DejaVu Sans"/>
                <w:sz w:val="19"/>
              </w:rPr>
              <w:t>☐  Not important</w:t>
            </w:r>
          </w:p>
        </w:tc>
      </w:tr>
    </w:tbl>
    <w:p w14:paraId="02256163" w14:textId="77777777" w:rsidR="00EF1887" w:rsidRDefault="00BA5A91">
      <w:pPr>
        <w:pStyle w:val="Question"/>
      </w:pPr>
      <w:r>
        <w:t>Why or why not?</w:t>
      </w:r>
    </w:p>
    <w:p w14:paraId="64980708" w14:textId="0A31255C" w:rsidR="00EF1887" w:rsidRDefault="00BA5A91">
      <w:pPr>
        <w:pStyle w:val="Instruction"/>
      </w:pPr>
      <w:r>
        <w:t xml:space="preserve">Please expand your response. There is a limit of </w:t>
      </w:r>
      <w:r w:rsidR="000A2907">
        <w:t>1500 characters</w:t>
      </w:r>
    </w:p>
    <w:tbl>
      <w:tblPr>
        <w:tblW w:w="0" w:type="auto"/>
        <w:jc w:val="center"/>
        <w:tblBorders>
          <w:top w:val="single" w:sz="3" w:space="0" w:color="D5DDE3"/>
          <w:left w:val="single" w:sz="3" w:space="0" w:color="D5DDE3"/>
          <w:bottom w:val="single" w:sz="3" w:space="0" w:color="D5DDE3"/>
          <w:right w:val="single" w:sz="3" w:space="0" w:color="D5DDE3"/>
          <w:insideH w:val="single" w:sz="3" w:space="0" w:color="D5DDE3"/>
          <w:insideV w:val="single" w:sz="3" w:space="0" w:color="D5DDE3"/>
        </w:tblBorders>
        <w:tblLook w:val="04A0" w:firstRow="1" w:lastRow="0" w:firstColumn="1" w:lastColumn="0" w:noHBand="0" w:noVBand="1"/>
      </w:tblPr>
      <w:tblGrid>
        <w:gridCol w:w="9856"/>
      </w:tblGrid>
      <w:tr w:rsidR="00EF1887" w14:paraId="664355AD" w14:textId="77777777">
        <w:trPr>
          <w:trHeight w:val="403"/>
          <w:jc w:val="center"/>
        </w:trPr>
        <w:tc>
          <w:tcPr>
            <w:tcW w:w="10080" w:type="dxa"/>
            <w:tcMar>
              <w:top w:w="40" w:type="dxa"/>
              <w:left w:w="80" w:type="dxa"/>
              <w:bottom w:w="40" w:type="dxa"/>
              <w:right w:w="80" w:type="dxa"/>
            </w:tcMar>
          </w:tcPr>
          <w:p w14:paraId="1A965116" w14:textId="77777777" w:rsidR="00EF1887" w:rsidRDefault="00EF1887">
            <w:pPr>
              <w:spacing w:after="0"/>
            </w:pPr>
          </w:p>
        </w:tc>
      </w:tr>
      <w:tr w:rsidR="00EF1887" w14:paraId="7DF4E37C" w14:textId="77777777">
        <w:trPr>
          <w:trHeight w:val="403"/>
          <w:jc w:val="center"/>
        </w:trPr>
        <w:tc>
          <w:tcPr>
            <w:tcW w:w="10080" w:type="dxa"/>
            <w:tcMar>
              <w:top w:w="40" w:type="dxa"/>
              <w:left w:w="80" w:type="dxa"/>
              <w:bottom w:w="40" w:type="dxa"/>
              <w:right w:w="80" w:type="dxa"/>
            </w:tcMar>
          </w:tcPr>
          <w:p w14:paraId="44FB30F8" w14:textId="77777777" w:rsidR="00EF1887" w:rsidRDefault="00EF1887">
            <w:pPr>
              <w:spacing w:after="0"/>
            </w:pPr>
          </w:p>
        </w:tc>
      </w:tr>
      <w:tr w:rsidR="00EF1887" w14:paraId="1DA6542E" w14:textId="77777777">
        <w:trPr>
          <w:trHeight w:val="403"/>
          <w:jc w:val="center"/>
        </w:trPr>
        <w:tc>
          <w:tcPr>
            <w:tcW w:w="10080" w:type="dxa"/>
            <w:tcMar>
              <w:top w:w="40" w:type="dxa"/>
              <w:left w:w="80" w:type="dxa"/>
              <w:bottom w:w="40" w:type="dxa"/>
              <w:right w:w="80" w:type="dxa"/>
            </w:tcMar>
          </w:tcPr>
          <w:p w14:paraId="3041E394" w14:textId="77777777" w:rsidR="00EF1887" w:rsidRDefault="00EF1887">
            <w:pPr>
              <w:spacing w:after="0"/>
            </w:pPr>
          </w:p>
        </w:tc>
      </w:tr>
    </w:tbl>
    <w:p w14:paraId="722B00AE" w14:textId="77777777" w:rsidR="00EF1887" w:rsidRDefault="00EF1887">
      <w:pPr>
        <w:spacing w:after="0"/>
      </w:pPr>
    </w:p>
    <w:p w14:paraId="197A5F59" w14:textId="77777777" w:rsidR="00EF1887" w:rsidRDefault="00BA5A91">
      <w:pPr>
        <w:pStyle w:val="Question"/>
      </w:pPr>
      <w:r>
        <w:t>How important are the possible benefits of the potential commitment, as described in the consultation paper?</w:t>
      </w:r>
    </w:p>
    <w:p w14:paraId="70F3CD45" w14:textId="5183BF6B" w:rsidR="00963426" w:rsidRDefault="00963426" w:rsidP="004E5337">
      <w:pPr>
        <w:pStyle w:val="Instruction"/>
      </w:pPr>
      <w:r>
        <w:t>(Please select one)</w:t>
      </w:r>
    </w:p>
    <w:tbl>
      <w:tblPr>
        <w:tblW w:w="0" w:type="auto"/>
        <w:tblLook w:val="04A0" w:firstRow="1" w:lastRow="0" w:firstColumn="1" w:lastColumn="0" w:noHBand="0" w:noVBand="1"/>
      </w:tblPr>
      <w:tblGrid>
        <w:gridCol w:w="2468"/>
        <w:gridCol w:w="2469"/>
        <w:gridCol w:w="2459"/>
        <w:gridCol w:w="2468"/>
      </w:tblGrid>
      <w:tr w:rsidR="00EF1887" w14:paraId="0FD1F9B9" w14:textId="77777777">
        <w:tc>
          <w:tcPr>
            <w:tcW w:w="2520" w:type="dxa"/>
            <w:tcMar>
              <w:top w:w="45" w:type="dxa"/>
              <w:left w:w="70" w:type="dxa"/>
              <w:bottom w:w="45" w:type="dxa"/>
              <w:right w:w="70" w:type="dxa"/>
            </w:tcMar>
            <w:vAlign w:val="center"/>
          </w:tcPr>
          <w:p w14:paraId="31FEC25F" w14:textId="77777777" w:rsidR="00EF1887" w:rsidRDefault="00BA5A91">
            <w:pPr>
              <w:spacing w:after="0"/>
            </w:pPr>
            <w:r>
              <w:rPr>
                <w:rFonts w:ascii="Segoe UI Symbol" w:hAnsi="Segoe UI Symbol" w:cs="Segoe UI Symbol"/>
                <w:sz w:val="19"/>
              </w:rPr>
              <w:t>☐</w:t>
            </w:r>
            <w:r>
              <w:rPr>
                <w:rFonts w:ascii="DejaVu Sans" w:hAnsi="DejaVu Sans"/>
                <w:sz w:val="19"/>
              </w:rPr>
              <w:t xml:space="preserve">  Very important</w:t>
            </w:r>
          </w:p>
        </w:tc>
        <w:tc>
          <w:tcPr>
            <w:tcW w:w="2520" w:type="dxa"/>
            <w:tcMar>
              <w:top w:w="45" w:type="dxa"/>
              <w:left w:w="70" w:type="dxa"/>
              <w:bottom w:w="45" w:type="dxa"/>
              <w:right w:w="70" w:type="dxa"/>
            </w:tcMar>
            <w:vAlign w:val="center"/>
          </w:tcPr>
          <w:p w14:paraId="3A4369BE" w14:textId="77777777" w:rsidR="00EF1887" w:rsidRDefault="00BA5A91">
            <w:pPr>
              <w:spacing w:after="0"/>
            </w:pPr>
            <w:r>
              <w:rPr>
                <w:rFonts w:ascii="DejaVu Sans" w:hAnsi="DejaVu Sans"/>
                <w:sz w:val="19"/>
              </w:rPr>
              <w:t>☐  Important</w:t>
            </w:r>
          </w:p>
        </w:tc>
        <w:tc>
          <w:tcPr>
            <w:tcW w:w="2520" w:type="dxa"/>
            <w:tcMar>
              <w:top w:w="45" w:type="dxa"/>
              <w:left w:w="70" w:type="dxa"/>
              <w:bottom w:w="45" w:type="dxa"/>
              <w:right w:w="70" w:type="dxa"/>
            </w:tcMar>
            <w:vAlign w:val="center"/>
          </w:tcPr>
          <w:p w14:paraId="4EFC92E2" w14:textId="77777777" w:rsidR="00EF1887" w:rsidRDefault="00BA5A91">
            <w:pPr>
              <w:spacing w:after="0"/>
            </w:pPr>
            <w:r>
              <w:rPr>
                <w:rFonts w:ascii="DejaVu Sans" w:hAnsi="DejaVu Sans"/>
                <w:sz w:val="19"/>
              </w:rPr>
              <w:t>☐  Neutral</w:t>
            </w:r>
          </w:p>
        </w:tc>
        <w:tc>
          <w:tcPr>
            <w:tcW w:w="2520" w:type="dxa"/>
            <w:tcMar>
              <w:top w:w="45" w:type="dxa"/>
              <w:left w:w="70" w:type="dxa"/>
              <w:bottom w:w="45" w:type="dxa"/>
              <w:right w:w="70" w:type="dxa"/>
            </w:tcMar>
            <w:vAlign w:val="center"/>
          </w:tcPr>
          <w:p w14:paraId="7773070D" w14:textId="77777777" w:rsidR="00EF1887" w:rsidRDefault="00BA5A91">
            <w:pPr>
              <w:spacing w:after="0"/>
            </w:pPr>
            <w:r>
              <w:rPr>
                <w:rFonts w:ascii="DejaVu Sans" w:hAnsi="DejaVu Sans"/>
                <w:sz w:val="19"/>
              </w:rPr>
              <w:t>☐  Not important</w:t>
            </w:r>
          </w:p>
        </w:tc>
      </w:tr>
    </w:tbl>
    <w:p w14:paraId="2573DCCF" w14:textId="77777777" w:rsidR="00EF1887" w:rsidRDefault="00BA5A91">
      <w:pPr>
        <w:pStyle w:val="Question"/>
      </w:pPr>
      <w:r>
        <w:t>Do you have any suggestions to modify the potential commitment to increase its benefits?</w:t>
      </w:r>
    </w:p>
    <w:tbl>
      <w:tblPr>
        <w:tblW w:w="0" w:type="auto"/>
        <w:tblLook w:val="04A0" w:firstRow="1" w:lastRow="0" w:firstColumn="1" w:lastColumn="0" w:noHBand="0" w:noVBand="1"/>
      </w:tblPr>
      <w:tblGrid>
        <w:gridCol w:w="4933"/>
        <w:gridCol w:w="4931"/>
      </w:tblGrid>
      <w:tr w:rsidR="00EF1887" w14:paraId="643003B3" w14:textId="77777777">
        <w:tc>
          <w:tcPr>
            <w:tcW w:w="5040" w:type="dxa"/>
            <w:tcMar>
              <w:top w:w="45" w:type="dxa"/>
              <w:left w:w="70" w:type="dxa"/>
              <w:bottom w:w="45" w:type="dxa"/>
              <w:right w:w="70" w:type="dxa"/>
            </w:tcMar>
            <w:vAlign w:val="center"/>
          </w:tcPr>
          <w:p w14:paraId="31597F18" w14:textId="77777777" w:rsidR="00EF1887" w:rsidRDefault="00BA5A91">
            <w:pPr>
              <w:spacing w:after="0"/>
            </w:pPr>
            <w:r>
              <w:rPr>
                <w:rFonts w:ascii="DejaVu Sans" w:hAnsi="DejaVu Sans"/>
                <w:sz w:val="19"/>
              </w:rPr>
              <w:t>☐  Yes</w:t>
            </w:r>
          </w:p>
        </w:tc>
        <w:tc>
          <w:tcPr>
            <w:tcW w:w="5040" w:type="dxa"/>
            <w:tcMar>
              <w:top w:w="45" w:type="dxa"/>
              <w:left w:w="70" w:type="dxa"/>
              <w:bottom w:w="45" w:type="dxa"/>
              <w:right w:w="70" w:type="dxa"/>
            </w:tcMar>
            <w:vAlign w:val="center"/>
          </w:tcPr>
          <w:p w14:paraId="309A5C74" w14:textId="77777777" w:rsidR="00EF1887" w:rsidRDefault="00BA5A91">
            <w:pPr>
              <w:spacing w:after="0"/>
            </w:pPr>
            <w:r>
              <w:rPr>
                <w:rFonts w:ascii="DejaVu Sans" w:hAnsi="DejaVu Sans"/>
                <w:sz w:val="19"/>
              </w:rPr>
              <w:t>☐  No</w:t>
            </w:r>
          </w:p>
        </w:tc>
      </w:tr>
    </w:tbl>
    <w:p w14:paraId="6072265E" w14:textId="46488049" w:rsidR="00EF1887" w:rsidRDefault="00BA5A91">
      <w:pPr>
        <w:pStyle w:val="Instruction"/>
      </w:pPr>
      <w:r>
        <w:t xml:space="preserve">Please expand your response. There is a limit of </w:t>
      </w:r>
      <w:r w:rsidR="000A2907">
        <w:t>1500 characters</w:t>
      </w:r>
    </w:p>
    <w:tbl>
      <w:tblPr>
        <w:tblW w:w="0" w:type="auto"/>
        <w:jc w:val="center"/>
        <w:tblBorders>
          <w:top w:val="single" w:sz="3" w:space="0" w:color="D5DDE3"/>
          <w:left w:val="single" w:sz="3" w:space="0" w:color="D5DDE3"/>
          <w:bottom w:val="single" w:sz="3" w:space="0" w:color="D5DDE3"/>
          <w:right w:val="single" w:sz="3" w:space="0" w:color="D5DDE3"/>
          <w:insideH w:val="single" w:sz="3" w:space="0" w:color="D5DDE3"/>
          <w:insideV w:val="single" w:sz="3" w:space="0" w:color="D5DDE3"/>
        </w:tblBorders>
        <w:tblLook w:val="04A0" w:firstRow="1" w:lastRow="0" w:firstColumn="1" w:lastColumn="0" w:noHBand="0" w:noVBand="1"/>
      </w:tblPr>
      <w:tblGrid>
        <w:gridCol w:w="9856"/>
      </w:tblGrid>
      <w:tr w:rsidR="00EF1887" w14:paraId="42C6D796" w14:textId="77777777">
        <w:trPr>
          <w:trHeight w:val="403"/>
          <w:jc w:val="center"/>
        </w:trPr>
        <w:tc>
          <w:tcPr>
            <w:tcW w:w="10080" w:type="dxa"/>
            <w:tcMar>
              <w:top w:w="40" w:type="dxa"/>
              <w:left w:w="80" w:type="dxa"/>
              <w:bottom w:w="40" w:type="dxa"/>
              <w:right w:w="80" w:type="dxa"/>
            </w:tcMar>
          </w:tcPr>
          <w:p w14:paraId="6E1831B3" w14:textId="77777777" w:rsidR="00EF1887" w:rsidRDefault="00EF1887">
            <w:pPr>
              <w:spacing w:after="0"/>
            </w:pPr>
          </w:p>
        </w:tc>
      </w:tr>
      <w:tr w:rsidR="00EF1887" w14:paraId="54E11D2A" w14:textId="77777777">
        <w:trPr>
          <w:trHeight w:val="403"/>
          <w:jc w:val="center"/>
        </w:trPr>
        <w:tc>
          <w:tcPr>
            <w:tcW w:w="10080" w:type="dxa"/>
            <w:tcMar>
              <w:top w:w="40" w:type="dxa"/>
              <w:left w:w="80" w:type="dxa"/>
              <w:bottom w:w="40" w:type="dxa"/>
              <w:right w:w="80" w:type="dxa"/>
            </w:tcMar>
          </w:tcPr>
          <w:p w14:paraId="31126E5D" w14:textId="77777777" w:rsidR="00EF1887" w:rsidRDefault="00EF1887">
            <w:pPr>
              <w:spacing w:after="0"/>
            </w:pPr>
          </w:p>
        </w:tc>
      </w:tr>
      <w:tr w:rsidR="00EF1887" w14:paraId="2DE403A5" w14:textId="77777777">
        <w:trPr>
          <w:trHeight w:val="403"/>
          <w:jc w:val="center"/>
        </w:trPr>
        <w:tc>
          <w:tcPr>
            <w:tcW w:w="10080" w:type="dxa"/>
            <w:tcMar>
              <w:top w:w="40" w:type="dxa"/>
              <w:left w:w="80" w:type="dxa"/>
              <w:bottom w:w="40" w:type="dxa"/>
              <w:right w:w="80" w:type="dxa"/>
            </w:tcMar>
          </w:tcPr>
          <w:p w14:paraId="62431CDC" w14:textId="77777777" w:rsidR="00EF1887" w:rsidRDefault="00EF1887">
            <w:pPr>
              <w:spacing w:after="0"/>
            </w:pPr>
          </w:p>
        </w:tc>
      </w:tr>
    </w:tbl>
    <w:p w14:paraId="49E398E2" w14:textId="77777777" w:rsidR="00EF1887" w:rsidRDefault="00EF1887">
      <w:pPr>
        <w:spacing w:after="0"/>
      </w:pPr>
    </w:p>
    <w:p w14:paraId="20F2C085" w14:textId="77777777" w:rsidR="00EF1887" w:rsidRDefault="00BA5A91">
      <w:pPr>
        <w:pStyle w:val="Question"/>
      </w:pPr>
      <w:r>
        <w:t>Do you have any concerns about possible negative impacts from the potential commitment?</w:t>
      </w:r>
    </w:p>
    <w:tbl>
      <w:tblPr>
        <w:tblW w:w="0" w:type="auto"/>
        <w:tblLook w:val="04A0" w:firstRow="1" w:lastRow="0" w:firstColumn="1" w:lastColumn="0" w:noHBand="0" w:noVBand="1"/>
      </w:tblPr>
      <w:tblGrid>
        <w:gridCol w:w="4933"/>
        <w:gridCol w:w="4931"/>
      </w:tblGrid>
      <w:tr w:rsidR="00EF1887" w14:paraId="0B6EA414" w14:textId="77777777">
        <w:tc>
          <w:tcPr>
            <w:tcW w:w="5040" w:type="dxa"/>
            <w:tcMar>
              <w:top w:w="45" w:type="dxa"/>
              <w:left w:w="70" w:type="dxa"/>
              <w:bottom w:w="45" w:type="dxa"/>
              <w:right w:w="70" w:type="dxa"/>
            </w:tcMar>
            <w:vAlign w:val="center"/>
          </w:tcPr>
          <w:p w14:paraId="31B5FBC0" w14:textId="77777777" w:rsidR="00EF1887" w:rsidRDefault="00BA5A91">
            <w:pPr>
              <w:spacing w:after="0"/>
            </w:pPr>
            <w:r>
              <w:rPr>
                <w:rFonts w:ascii="DejaVu Sans" w:hAnsi="DejaVu Sans"/>
                <w:sz w:val="19"/>
              </w:rPr>
              <w:t>☐  Yes</w:t>
            </w:r>
          </w:p>
        </w:tc>
        <w:tc>
          <w:tcPr>
            <w:tcW w:w="5040" w:type="dxa"/>
            <w:tcMar>
              <w:top w:w="45" w:type="dxa"/>
              <w:left w:w="70" w:type="dxa"/>
              <w:bottom w:w="45" w:type="dxa"/>
              <w:right w:w="70" w:type="dxa"/>
            </w:tcMar>
            <w:vAlign w:val="center"/>
          </w:tcPr>
          <w:p w14:paraId="01286499" w14:textId="77777777" w:rsidR="00EF1887" w:rsidRDefault="00BA5A91">
            <w:pPr>
              <w:spacing w:after="0"/>
            </w:pPr>
            <w:r>
              <w:rPr>
                <w:rFonts w:ascii="DejaVu Sans" w:hAnsi="DejaVu Sans"/>
                <w:sz w:val="19"/>
              </w:rPr>
              <w:t>☐  No</w:t>
            </w:r>
          </w:p>
        </w:tc>
      </w:tr>
    </w:tbl>
    <w:p w14:paraId="4B32974D" w14:textId="32524423" w:rsidR="00EF1887" w:rsidRDefault="00BA5A91">
      <w:pPr>
        <w:pStyle w:val="Instruction"/>
      </w:pPr>
      <w:r>
        <w:t xml:space="preserve">Please expand your response. There is a limit of </w:t>
      </w:r>
      <w:r w:rsidR="000A2907">
        <w:t>1500 characters</w:t>
      </w:r>
    </w:p>
    <w:tbl>
      <w:tblPr>
        <w:tblW w:w="0" w:type="auto"/>
        <w:jc w:val="center"/>
        <w:tblBorders>
          <w:top w:val="single" w:sz="3" w:space="0" w:color="D5DDE3"/>
          <w:left w:val="single" w:sz="3" w:space="0" w:color="D5DDE3"/>
          <w:bottom w:val="single" w:sz="3" w:space="0" w:color="D5DDE3"/>
          <w:right w:val="single" w:sz="3" w:space="0" w:color="D5DDE3"/>
          <w:insideH w:val="single" w:sz="3" w:space="0" w:color="D5DDE3"/>
          <w:insideV w:val="single" w:sz="3" w:space="0" w:color="D5DDE3"/>
        </w:tblBorders>
        <w:tblLook w:val="04A0" w:firstRow="1" w:lastRow="0" w:firstColumn="1" w:lastColumn="0" w:noHBand="0" w:noVBand="1"/>
      </w:tblPr>
      <w:tblGrid>
        <w:gridCol w:w="9856"/>
      </w:tblGrid>
      <w:tr w:rsidR="00EF1887" w14:paraId="16287F21" w14:textId="77777777">
        <w:trPr>
          <w:trHeight w:val="403"/>
          <w:jc w:val="center"/>
        </w:trPr>
        <w:tc>
          <w:tcPr>
            <w:tcW w:w="10080" w:type="dxa"/>
            <w:tcMar>
              <w:top w:w="40" w:type="dxa"/>
              <w:left w:w="80" w:type="dxa"/>
              <w:bottom w:w="40" w:type="dxa"/>
              <w:right w:w="80" w:type="dxa"/>
            </w:tcMar>
          </w:tcPr>
          <w:p w14:paraId="5BE93A62" w14:textId="77777777" w:rsidR="00EF1887" w:rsidRDefault="00EF1887">
            <w:pPr>
              <w:spacing w:after="0"/>
            </w:pPr>
          </w:p>
        </w:tc>
      </w:tr>
      <w:tr w:rsidR="00EF1887" w14:paraId="384BA73E" w14:textId="77777777">
        <w:trPr>
          <w:trHeight w:val="403"/>
          <w:jc w:val="center"/>
        </w:trPr>
        <w:tc>
          <w:tcPr>
            <w:tcW w:w="10080" w:type="dxa"/>
            <w:tcMar>
              <w:top w:w="40" w:type="dxa"/>
              <w:left w:w="80" w:type="dxa"/>
              <w:bottom w:w="40" w:type="dxa"/>
              <w:right w:w="80" w:type="dxa"/>
            </w:tcMar>
          </w:tcPr>
          <w:p w14:paraId="34B3F2EB" w14:textId="77777777" w:rsidR="00EF1887" w:rsidRDefault="00EF1887">
            <w:pPr>
              <w:spacing w:after="0"/>
            </w:pPr>
          </w:p>
        </w:tc>
      </w:tr>
      <w:tr w:rsidR="00EF1887" w14:paraId="7D34F5C7" w14:textId="77777777">
        <w:trPr>
          <w:trHeight w:val="403"/>
          <w:jc w:val="center"/>
        </w:trPr>
        <w:tc>
          <w:tcPr>
            <w:tcW w:w="10080" w:type="dxa"/>
            <w:tcMar>
              <w:top w:w="40" w:type="dxa"/>
              <w:left w:w="80" w:type="dxa"/>
              <w:bottom w:w="40" w:type="dxa"/>
              <w:right w:w="80" w:type="dxa"/>
            </w:tcMar>
          </w:tcPr>
          <w:p w14:paraId="0B4020A7" w14:textId="77777777" w:rsidR="00EF1887" w:rsidRDefault="00EF1887">
            <w:pPr>
              <w:spacing w:after="0"/>
            </w:pPr>
          </w:p>
        </w:tc>
      </w:tr>
    </w:tbl>
    <w:p w14:paraId="1D7B270A" w14:textId="77777777" w:rsidR="00EF1887" w:rsidRDefault="00EF1887">
      <w:pPr>
        <w:spacing w:after="0"/>
      </w:pPr>
    </w:p>
    <w:p w14:paraId="4F904CB7" w14:textId="77777777" w:rsidR="00EF1887" w:rsidRDefault="00BA5A91">
      <w:r>
        <w:br w:type="page"/>
      </w:r>
    </w:p>
    <w:p w14:paraId="7A7515D5" w14:textId="77777777" w:rsidR="00EF1887" w:rsidRDefault="00BA5A91">
      <w:pPr>
        <w:pStyle w:val="Heading1"/>
      </w:pPr>
      <w:bookmarkStart w:id="12" w:name="_Toc242800001"/>
      <w:r>
        <w:lastRenderedPageBreak/>
        <w:t>Proposed Commitment 5: Enhancing transparency of AI and digital accessibility</w:t>
      </w:r>
      <w:bookmarkEnd w:id="12"/>
    </w:p>
    <w:p w14:paraId="1F63D813" w14:textId="77777777" w:rsidR="00EF1887" w:rsidRDefault="00BA5A91">
      <w:pPr>
        <w:pStyle w:val="CommitmentText"/>
      </w:pPr>
      <w:r>
        <w:t>The Australian Government will use AI-enabled assessment tools to conduct regular, systematic reviews of two key areas of public sector performance:</w:t>
      </w:r>
    </w:p>
    <w:p w14:paraId="59C9CD4F" w14:textId="77777777" w:rsidR="00EF1887" w:rsidRPr="00040D24" w:rsidRDefault="00BA5A91">
      <w:pPr>
        <w:pStyle w:val="ListBullet"/>
        <w:rPr>
          <w:sz w:val="21"/>
          <w:szCs w:val="21"/>
        </w:rPr>
      </w:pPr>
      <w:r w:rsidRPr="00040D24">
        <w:rPr>
          <w:sz w:val="21"/>
          <w:szCs w:val="21"/>
        </w:rPr>
        <w:t>the quality, completeness and accessibility of agency AI Transparency Statements; and</w:t>
      </w:r>
    </w:p>
    <w:p w14:paraId="6B6086FA" w14:textId="77777777" w:rsidR="00EF1887" w:rsidRPr="00040D24" w:rsidRDefault="00BA5A91">
      <w:pPr>
        <w:pStyle w:val="ListBullet"/>
        <w:rPr>
          <w:sz w:val="21"/>
          <w:szCs w:val="21"/>
        </w:rPr>
      </w:pPr>
      <w:r w:rsidRPr="00040D24">
        <w:rPr>
          <w:sz w:val="21"/>
          <w:szCs w:val="21"/>
        </w:rPr>
        <w:t>the digital experience of public-facing government information and services, including accessibility, usability, discoverability and compliance with relevant standards.</w:t>
      </w:r>
    </w:p>
    <w:p w14:paraId="65972CB5" w14:textId="77777777" w:rsidR="00EF1887" w:rsidRPr="00040D24" w:rsidRDefault="00BA5A91">
      <w:pPr>
        <w:pStyle w:val="CommitmentText"/>
        <w:rPr>
          <w:szCs w:val="21"/>
        </w:rPr>
      </w:pPr>
      <w:r w:rsidRPr="00040D24">
        <w:rPr>
          <w:szCs w:val="21"/>
        </w:rPr>
        <w:t>Refer to the consultation paper for more information.</w:t>
      </w:r>
    </w:p>
    <w:p w14:paraId="4714104D" w14:textId="77777777" w:rsidR="00EF1887" w:rsidRDefault="00BA5A91">
      <w:pPr>
        <w:pStyle w:val="Question"/>
      </w:pPr>
      <w:r>
        <w:t>Is the topic of this commitment (AI transparency) important to you?</w:t>
      </w:r>
    </w:p>
    <w:p w14:paraId="1826B56B" w14:textId="388563F8" w:rsidR="00963426" w:rsidRDefault="00963426" w:rsidP="004E5337">
      <w:pPr>
        <w:pStyle w:val="Instruction"/>
      </w:pPr>
      <w:r>
        <w:t>(Please select one)</w:t>
      </w:r>
    </w:p>
    <w:tbl>
      <w:tblPr>
        <w:tblW w:w="0" w:type="auto"/>
        <w:tblLook w:val="04A0" w:firstRow="1" w:lastRow="0" w:firstColumn="1" w:lastColumn="0" w:noHBand="0" w:noVBand="1"/>
      </w:tblPr>
      <w:tblGrid>
        <w:gridCol w:w="2468"/>
        <w:gridCol w:w="2469"/>
        <w:gridCol w:w="2459"/>
        <w:gridCol w:w="2468"/>
      </w:tblGrid>
      <w:tr w:rsidR="00EF1887" w14:paraId="2906440F" w14:textId="77777777">
        <w:tc>
          <w:tcPr>
            <w:tcW w:w="2520" w:type="dxa"/>
            <w:tcMar>
              <w:top w:w="45" w:type="dxa"/>
              <w:left w:w="70" w:type="dxa"/>
              <w:bottom w:w="45" w:type="dxa"/>
              <w:right w:w="70" w:type="dxa"/>
            </w:tcMar>
            <w:vAlign w:val="center"/>
          </w:tcPr>
          <w:p w14:paraId="243A0DE1" w14:textId="77777777" w:rsidR="00EF1887" w:rsidRDefault="00BA5A91">
            <w:pPr>
              <w:spacing w:after="0"/>
            </w:pPr>
            <w:r>
              <w:rPr>
                <w:rFonts w:ascii="Segoe UI Symbol" w:hAnsi="Segoe UI Symbol" w:cs="Segoe UI Symbol"/>
                <w:sz w:val="19"/>
              </w:rPr>
              <w:t>☐</w:t>
            </w:r>
            <w:r>
              <w:rPr>
                <w:rFonts w:ascii="DejaVu Sans" w:hAnsi="DejaVu Sans"/>
                <w:sz w:val="19"/>
              </w:rPr>
              <w:t xml:space="preserve">  Very important</w:t>
            </w:r>
          </w:p>
        </w:tc>
        <w:tc>
          <w:tcPr>
            <w:tcW w:w="2520" w:type="dxa"/>
            <w:tcMar>
              <w:top w:w="45" w:type="dxa"/>
              <w:left w:w="70" w:type="dxa"/>
              <w:bottom w:w="45" w:type="dxa"/>
              <w:right w:w="70" w:type="dxa"/>
            </w:tcMar>
            <w:vAlign w:val="center"/>
          </w:tcPr>
          <w:p w14:paraId="547C5F37" w14:textId="77777777" w:rsidR="00EF1887" w:rsidRDefault="00BA5A91">
            <w:pPr>
              <w:spacing w:after="0"/>
            </w:pPr>
            <w:r>
              <w:rPr>
                <w:rFonts w:ascii="DejaVu Sans" w:hAnsi="DejaVu Sans"/>
                <w:sz w:val="19"/>
              </w:rPr>
              <w:t>☐  Important</w:t>
            </w:r>
          </w:p>
        </w:tc>
        <w:tc>
          <w:tcPr>
            <w:tcW w:w="2520" w:type="dxa"/>
            <w:tcMar>
              <w:top w:w="45" w:type="dxa"/>
              <w:left w:w="70" w:type="dxa"/>
              <w:bottom w:w="45" w:type="dxa"/>
              <w:right w:w="70" w:type="dxa"/>
            </w:tcMar>
            <w:vAlign w:val="center"/>
          </w:tcPr>
          <w:p w14:paraId="3C89B398" w14:textId="77777777" w:rsidR="00EF1887" w:rsidRDefault="00BA5A91">
            <w:pPr>
              <w:spacing w:after="0"/>
            </w:pPr>
            <w:r>
              <w:rPr>
                <w:rFonts w:ascii="DejaVu Sans" w:hAnsi="DejaVu Sans"/>
                <w:sz w:val="19"/>
              </w:rPr>
              <w:t>☐  Neutral</w:t>
            </w:r>
          </w:p>
        </w:tc>
        <w:tc>
          <w:tcPr>
            <w:tcW w:w="2520" w:type="dxa"/>
            <w:tcMar>
              <w:top w:w="45" w:type="dxa"/>
              <w:left w:w="70" w:type="dxa"/>
              <w:bottom w:w="45" w:type="dxa"/>
              <w:right w:w="70" w:type="dxa"/>
            </w:tcMar>
            <w:vAlign w:val="center"/>
          </w:tcPr>
          <w:p w14:paraId="3225B10F" w14:textId="77777777" w:rsidR="00EF1887" w:rsidRDefault="00BA5A91">
            <w:pPr>
              <w:spacing w:after="0"/>
            </w:pPr>
            <w:r>
              <w:rPr>
                <w:rFonts w:ascii="DejaVu Sans" w:hAnsi="DejaVu Sans"/>
                <w:sz w:val="19"/>
              </w:rPr>
              <w:t>☐  Not important</w:t>
            </w:r>
          </w:p>
        </w:tc>
      </w:tr>
    </w:tbl>
    <w:p w14:paraId="061DEB9C" w14:textId="77777777" w:rsidR="00EF1887" w:rsidRDefault="00BA5A91">
      <w:pPr>
        <w:pStyle w:val="Question"/>
      </w:pPr>
      <w:r>
        <w:t>Why or why not?</w:t>
      </w:r>
    </w:p>
    <w:p w14:paraId="44849238" w14:textId="16C90689" w:rsidR="00EF1887" w:rsidRDefault="00BA5A91">
      <w:pPr>
        <w:pStyle w:val="Instruction"/>
      </w:pPr>
      <w:r>
        <w:t xml:space="preserve">Please expand your response. There is a limit of </w:t>
      </w:r>
      <w:r w:rsidR="000A2907">
        <w:t>1500 characters</w:t>
      </w:r>
    </w:p>
    <w:tbl>
      <w:tblPr>
        <w:tblW w:w="0" w:type="auto"/>
        <w:jc w:val="center"/>
        <w:tblBorders>
          <w:top w:val="single" w:sz="3" w:space="0" w:color="D5DDE3"/>
          <w:left w:val="single" w:sz="3" w:space="0" w:color="D5DDE3"/>
          <w:bottom w:val="single" w:sz="3" w:space="0" w:color="D5DDE3"/>
          <w:right w:val="single" w:sz="3" w:space="0" w:color="D5DDE3"/>
          <w:insideH w:val="single" w:sz="3" w:space="0" w:color="D5DDE3"/>
          <w:insideV w:val="single" w:sz="3" w:space="0" w:color="D5DDE3"/>
        </w:tblBorders>
        <w:tblLook w:val="04A0" w:firstRow="1" w:lastRow="0" w:firstColumn="1" w:lastColumn="0" w:noHBand="0" w:noVBand="1"/>
      </w:tblPr>
      <w:tblGrid>
        <w:gridCol w:w="9856"/>
      </w:tblGrid>
      <w:tr w:rsidR="00EF1887" w14:paraId="06971CD3" w14:textId="77777777">
        <w:trPr>
          <w:trHeight w:val="403"/>
          <w:jc w:val="center"/>
        </w:trPr>
        <w:tc>
          <w:tcPr>
            <w:tcW w:w="10080" w:type="dxa"/>
            <w:tcMar>
              <w:top w:w="40" w:type="dxa"/>
              <w:left w:w="80" w:type="dxa"/>
              <w:bottom w:w="40" w:type="dxa"/>
              <w:right w:w="80" w:type="dxa"/>
            </w:tcMar>
          </w:tcPr>
          <w:p w14:paraId="2A1F701D" w14:textId="77777777" w:rsidR="00EF1887" w:rsidRDefault="00EF1887">
            <w:pPr>
              <w:spacing w:after="0"/>
            </w:pPr>
          </w:p>
        </w:tc>
      </w:tr>
      <w:tr w:rsidR="00EF1887" w14:paraId="03EFCA41" w14:textId="77777777">
        <w:trPr>
          <w:trHeight w:val="403"/>
          <w:jc w:val="center"/>
        </w:trPr>
        <w:tc>
          <w:tcPr>
            <w:tcW w:w="10080" w:type="dxa"/>
            <w:tcMar>
              <w:top w:w="40" w:type="dxa"/>
              <w:left w:w="80" w:type="dxa"/>
              <w:bottom w:w="40" w:type="dxa"/>
              <w:right w:w="80" w:type="dxa"/>
            </w:tcMar>
          </w:tcPr>
          <w:p w14:paraId="5F96A722" w14:textId="77777777" w:rsidR="00EF1887" w:rsidRDefault="00EF1887">
            <w:pPr>
              <w:spacing w:after="0"/>
            </w:pPr>
          </w:p>
        </w:tc>
      </w:tr>
      <w:tr w:rsidR="00EF1887" w14:paraId="5B95CD12" w14:textId="77777777">
        <w:trPr>
          <w:trHeight w:val="403"/>
          <w:jc w:val="center"/>
        </w:trPr>
        <w:tc>
          <w:tcPr>
            <w:tcW w:w="10080" w:type="dxa"/>
            <w:tcMar>
              <w:top w:w="40" w:type="dxa"/>
              <w:left w:w="80" w:type="dxa"/>
              <w:bottom w:w="40" w:type="dxa"/>
              <w:right w:w="80" w:type="dxa"/>
            </w:tcMar>
          </w:tcPr>
          <w:p w14:paraId="5220BBB2" w14:textId="77777777" w:rsidR="00EF1887" w:rsidRDefault="00EF1887">
            <w:pPr>
              <w:spacing w:after="0"/>
            </w:pPr>
          </w:p>
        </w:tc>
      </w:tr>
    </w:tbl>
    <w:p w14:paraId="13CB595B" w14:textId="77777777" w:rsidR="00EF1887" w:rsidRDefault="00EF1887">
      <w:pPr>
        <w:spacing w:after="0"/>
      </w:pPr>
    </w:p>
    <w:p w14:paraId="535CC52F" w14:textId="77777777" w:rsidR="00EF1887" w:rsidRDefault="00BA5A91">
      <w:pPr>
        <w:pStyle w:val="Question"/>
      </w:pPr>
      <w:r>
        <w:t>How important are the possible benefits of the potential commitment, as described in the consultation paper?</w:t>
      </w:r>
    </w:p>
    <w:p w14:paraId="1EA6342A" w14:textId="6E8E8681" w:rsidR="00963426" w:rsidRDefault="00963426" w:rsidP="004E5337">
      <w:pPr>
        <w:pStyle w:val="Instruction"/>
      </w:pPr>
      <w:r>
        <w:t>(Please select one)</w:t>
      </w:r>
    </w:p>
    <w:tbl>
      <w:tblPr>
        <w:tblW w:w="0" w:type="auto"/>
        <w:tblLook w:val="04A0" w:firstRow="1" w:lastRow="0" w:firstColumn="1" w:lastColumn="0" w:noHBand="0" w:noVBand="1"/>
      </w:tblPr>
      <w:tblGrid>
        <w:gridCol w:w="2468"/>
        <w:gridCol w:w="2469"/>
        <w:gridCol w:w="2459"/>
        <w:gridCol w:w="2468"/>
      </w:tblGrid>
      <w:tr w:rsidR="00EF1887" w14:paraId="51BA8EB7" w14:textId="77777777">
        <w:tc>
          <w:tcPr>
            <w:tcW w:w="2520" w:type="dxa"/>
            <w:tcMar>
              <w:top w:w="45" w:type="dxa"/>
              <w:left w:w="70" w:type="dxa"/>
              <w:bottom w:w="45" w:type="dxa"/>
              <w:right w:w="70" w:type="dxa"/>
            </w:tcMar>
            <w:vAlign w:val="center"/>
          </w:tcPr>
          <w:p w14:paraId="254B195C" w14:textId="77777777" w:rsidR="00EF1887" w:rsidRDefault="00BA5A91">
            <w:pPr>
              <w:spacing w:after="0"/>
            </w:pPr>
            <w:r>
              <w:rPr>
                <w:rFonts w:ascii="Segoe UI Symbol" w:hAnsi="Segoe UI Symbol" w:cs="Segoe UI Symbol"/>
                <w:sz w:val="19"/>
              </w:rPr>
              <w:t>☐</w:t>
            </w:r>
            <w:r>
              <w:rPr>
                <w:rFonts w:ascii="DejaVu Sans" w:hAnsi="DejaVu Sans"/>
                <w:sz w:val="19"/>
              </w:rPr>
              <w:t xml:space="preserve">  Very important</w:t>
            </w:r>
          </w:p>
        </w:tc>
        <w:tc>
          <w:tcPr>
            <w:tcW w:w="2520" w:type="dxa"/>
            <w:tcMar>
              <w:top w:w="45" w:type="dxa"/>
              <w:left w:w="70" w:type="dxa"/>
              <w:bottom w:w="45" w:type="dxa"/>
              <w:right w:w="70" w:type="dxa"/>
            </w:tcMar>
            <w:vAlign w:val="center"/>
          </w:tcPr>
          <w:p w14:paraId="6CA22CA2" w14:textId="77777777" w:rsidR="00EF1887" w:rsidRDefault="00BA5A91">
            <w:pPr>
              <w:spacing w:after="0"/>
            </w:pPr>
            <w:r>
              <w:rPr>
                <w:rFonts w:ascii="DejaVu Sans" w:hAnsi="DejaVu Sans"/>
                <w:sz w:val="19"/>
              </w:rPr>
              <w:t>☐  Important</w:t>
            </w:r>
          </w:p>
        </w:tc>
        <w:tc>
          <w:tcPr>
            <w:tcW w:w="2520" w:type="dxa"/>
            <w:tcMar>
              <w:top w:w="45" w:type="dxa"/>
              <w:left w:w="70" w:type="dxa"/>
              <w:bottom w:w="45" w:type="dxa"/>
              <w:right w:w="70" w:type="dxa"/>
            </w:tcMar>
            <w:vAlign w:val="center"/>
          </w:tcPr>
          <w:p w14:paraId="4E053522" w14:textId="77777777" w:rsidR="00EF1887" w:rsidRDefault="00BA5A91">
            <w:pPr>
              <w:spacing w:after="0"/>
            </w:pPr>
            <w:r>
              <w:rPr>
                <w:rFonts w:ascii="DejaVu Sans" w:hAnsi="DejaVu Sans"/>
                <w:sz w:val="19"/>
              </w:rPr>
              <w:t>☐  Neutral</w:t>
            </w:r>
          </w:p>
        </w:tc>
        <w:tc>
          <w:tcPr>
            <w:tcW w:w="2520" w:type="dxa"/>
            <w:tcMar>
              <w:top w:w="45" w:type="dxa"/>
              <w:left w:w="70" w:type="dxa"/>
              <w:bottom w:w="45" w:type="dxa"/>
              <w:right w:w="70" w:type="dxa"/>
            </w:tcMar>
            <w:vAlign w:val="center"/>
          </w:tcPr>
          <w:p w14:paraId="6CBC5596" w14:textId="77777777" w:rsidR="00EF1887" w:rsidRDefault="00BA5A91">
            <w:pPr>
              <w:spacing w:after="0"/>
            </w:pPr>
            <w:r>
              <w:rPr>
                <w:rFonts w:ascii="DejaVu Sans" w:hAnsi="DejaVu Sans"/>
                <w:sz w:val="19"/>
              </w:rPr>
              <w:t>☐  Not important</w:t>
            </w:r>
          </w:p>
        </w:tc>
      </w:tr>
    </w:tbl>
    <w:p w14:paraId="1DF7ACD9" w14:textId="77777777" w:rsidR="00EF1887" w:rsidRDefault="00BA5A91">
      <w:pPr>
        <w:pStyle w:val="Question"/>
      </w:pPr>
      <w:r>
        <w:t>Do you have any suggestions to modify the potential commitment to increase its benefits?</w:t>
      </w:r>
    </w:p>
    <w:tbl>
      <w:tblPr>
        <w:tblW w:w="0" w:type="auto"/>
        <w:tblLook w:val="04A0" w:firstRow="1" w:lastRow="0" w:firstColumn="1" w:lastColumn="0" w:noHBand="0" w:noVBand="1"/>
      </w:tblPr>
      <w:tblGrid>
        <w:gridCol w:w="4933"/>
        <w:gridCol w:w="4931"/>
      </w:tblGrid>
      <w:tr w:rsidR="00EF1887" w14:paraId="55FBB084" w14:textId="77777777">
        <w:tc>
          <w:tcPr>
            <w:tcW w:w="5040" w:type="dxa"/>
            <w:tcMar>
              <w:top w:w="45" w:type="dxa"/>
              <w:left w:w="70" w:type="dxa"/>
              <w:bottom w:w="45" w:type="dxa"/>
              <w:right w:w="70" w:type="dxa"/>
            </w:tcMar>
            <w:vAlign w:val="center"/>
          </w:tcPr>
          <w:p w14:paraId="53B9AF09" w14:textId="77777777" w:rsidR="00EF1887" w:rsidRDefault="00BA5A91">
            <w:pPr>
              <w:spacing w:after="0"/>
            </w:pPr>
            <w:r>
              <w:rPr>
                <w:rFonts w:ascii="DejaVu Sans" w:hAnsi="DejaVu Sans"/>
                <w:sz w:val="19"/>
              </w:rPr>
              <w:t>☐  Yes</w:t>
            </w:r>
          </w:p>
        </w:tc>
        <w:tc>
          <w:tcPr>
            <w:tcW w:w="5040" w:type="dxa"/>
            <w:tcMar>
              <w:top w:w="45" w:type="dxa"/>
              <w:left w:w="70" w:type="dxa"/>
              <w:bottom w:w="45" w:type="dxa"/>
              <w:right w:w="70" w:type="dxa"/>
            </w:tcMar>
            <w:vAlign w:val="center"/>
          </w:tcPr>
          <w:p w14:paraId="3828C39B" w14:textId="77777777" w:rsidR="00EF1887" w:rsidRDefault="00BA5A91">
            <w:pPr>
              <w:spacing w:after="0"/>
            </w:pPr>
            <w:r>
              <w:rPr>
                <w:rFonts w:ascii="DejaVu Sans" w:hAnsi="DejaVu Sans"/>
                <w:sz w:val="19"/>
              </w:rPr>
              <w:t>☐  No</w:t>
            </w:r>
          </w:p>
        </w:tc>
      </w:tr>
    </w:tbl>
    <w:p w14:paraId="1A58D9EC" w14:textId="2BB2CD1F" w:rsidR="00EF1887" w:rsidRDefault="00BA5A91">
      <w:pPr>
        <w:pStyle w:val="Instruction"/>
      </w:pPr>
      <w:r>
        <w:t xml:space="preserve">Please expand your response. There is a limit of </w:t>
      </w:r>
      <w:r w:rsidR="000A2907">
        <w:t>1500 characters</w:t>
      </w:r>
    </w:p>
    <w:tbl>
      <w:tblPr>
        <w:tblW w:w="0" w:type="auto"/>
        <w:jc w:val="center"/>
        <w:tblBorders>
          <w:top w:val="single" w:sz="3" w:space="0" w:color="D5DDE3"/>
          <w:left w:val="single" w:sz="3" w:space="0" w:color="D5DDE3"/>
          <w:bottom w:val="single" w:sz="3" w:space="0" w:color="D5DDE3"/>
          <w:right w:val="single" w:sz="3" w:space="0" w:color="D5DDE3"/>
          <w:insideH w:val="single" w:sz="3" w:space="0" w:color="D5DDE3"/>
          <w:insideV w:val="single" w:sz="3" w:space="0" w:color="D5DDE3"/>
        </w:tblBorders>
        <w:tblLook w:val="04A0" w:firstRow="1" w:lastRow="0" w:firstColumn="1" w:lastColumn="0" w:noHBand="0" w:noVBand="1"/>
      </w:tblPr>
      <w:tblGrid>
        <w:gridCol w:w="9856"/>
      </w:tblGrid>
      <w:tr w:rsidR="00EF1887" w14:paraId="6D9C8D39" w14:textId="77777777">
        <w:trPr>
          <w:trHeight w:val="403"/>
          <w:jc w:val="center"/>
        </w:trPr>
        <w:tc>
          <w:tcPr>
            <w:tcW w:w="10080" w:type="dxa"/>
            <w:tcMar>
              <w:top w:w="40" w:type="dxa"/>
              <w:left w:w="80" w:type="dxa"/>
              <w:bottom w:w="40" w:type="dxa"/>
              <w:right w:w="80" w:type="dxa"/>
            </w:tcMar>
          </w:tcPr>
          <w:p w14:paraId="675E05EE" w14:textId="77777777" w:rsidR="00EF1887" w:rsidRDefault="00EF1887">
            <w:pPr>
              <w:spacing w:after="0"/>
            </w:pPr>
          </w:p>
        </w:tc>
      </w:tr>
      <w:tr w:rsidR="00EF1887" w14:paraId="2FC17F8B" w14:textId="77777777">
        <w:trPr>
          <w:trHeight w:val="403"/>
          <w:jc w:val="center"/>
        </w:trPr>
        <w:tc>
          <w:tcPr>
            <w:tcW w:w="10080" w:type="dxa"/>
            <w:tcMar>
              <w:top w:w="40" w:type="dxa"/>
              <w:left w:w="80" w:type="dxa"/>
              <w:bottom w:w="40" w:type="dxa"/>
              <w:right w:w="80" w:type="dxa"/>
            </w:tcMar>
          </w:tcPr>
          <w:p w14:paraId="0A4F7224" w14:textId="77777777" w:rsidR="00EF1887" w:rsidRDefault="00EF1887">
            <w:pPr>
              <w:spacing w:after="0"/>
            </w:pPr>
          </w:p>
        </w:tc>
      </w:tr>
      <w:tr w:rsidR="00EF1887" w14:paraId="5AE48A43" w14:textId="77777777">
        <w:trPr>
          <w:trHeight w:val="403"/>
          <w:jc w:val="center"/>
        </w:trPr>
        <w:tc>
          <w:tcPr>
            <w:tcW w:w="10080" w:type="dxa"/>
            <w:tcMar>
              <w:top w:w="40" w:type="dxa"/>
              <w:left w:w="80" w:type="dxa"/>
              <w:bottom w:w="40" w:type="dxa"/>
              <w:right w:w="80" w:type="dxa"/>
            </w:tcMar>
          </w:tcPr>
          <w:p w14:paraId="50F40DEB" w14:textId="77777777" w:rsidR="00EF1887" w:rsidRDefault="00EF1887">
            <w:pPr>
              <w:spacing w:after="0"/>
            </w:pPr>
          </w:p>
        </w:tc>
      </w:tr>
    </w:tbl>
    <w:p w14:paraId="77A52294" w14:textId="77777777" w:rsidR="00EF1887" w:rsidRDefault="00EF1887">
      <w:pPr>
        <w:spacing w:after="0"/>
      </w:pPr>
    </w:p>
    <w:p w14:paraId="39A970CE" w14:textId="77777777" w:rsidR="00EF1887" w:rsidRDefault="00BA5A91">
      <w:pPr>
        <w:pStyle w:val="Question"/>
      </w:pPr>
      <w:r>
        <w:t>Do you have any concerns about possible negative impacts from the potential commitment?</w:t>
      </w:r>
    </w:p>
    <w:tbl>
      <w:tblPr>
        <w:tblW w:w="0" w:type="auto"/>
        <w:tblLook w:val="04A0" w:firstRow="1" w:lastRow="0" w:firstColumn="1" w:lastColumn="0" w:noHBand="0" w:noVBand="1"/>
      </w:tblPr>
      <w:tblGrid>
        <w:gridCol w:w="4933"/>
        <w:gridCol w:w="4931"/>
      </w:tblGrid>
      <w:tr w:rsidR="00EF1887" w14:paraId="33A84381" w14:textId="77777777">
        <w:tc>
          <w:tcPr>
            <w:tcW w:w="5040" w:type="dxa"/>
            <w:tcMar>
              <w:top w:w="45" w:type="dxa"/>
              <w:left w:w="70" w:type="dxa"/>
              <w:bottom w:w="45" w:type="dxa"/>
              <w:right w:w="70" w:type="dxa"/>
            </w:tcMar>
            <w:vAlign w:val="center"/>
          </w:tcPr>
          <w:p w14:paraId="623465E6" w14:textId="77777777" w:rsidR="00EF1887" w:rsidRDefault="00BA5A91">
            <w:pPr>
              <w:spacing w:after="0"/>
            </w:pPr>
            <w:r>
              <w:rPr>
                <w:rFonts w:ascii="DejaVu Sans" w:hAnsi="DejaVu Sans"/>
                <w:sz w:val="19"/>
              </w:rPr>
              <w:t>☐  Yes</w:t>
            </w:r>
          </w:p>
        </w:tc>
        <w:tc>
          <w:tcPr>
            <w:tcW w:w="5040" w:type="dxa"/>
            <w:tcMar>
              <w:top w:w="45" w:type="dxa"/>
              <w:left w:w="70" w:type="dxa"/>
              <w:bottom w:w="45" w:type="dxa"/>
              <w:right w:w="70" w:type="dxa"/>
            </w:tcMar>
            <w:vAlign w:val="center"/>
          </w:tcPr>
          <w:p w14:paraId="49CC47F3" w14:textId="77777777" w:rsidR="00EF1887" w:rsidRDefault="00BA5A91">
            <w:pPr>
              <w:spacing w:after="0"/>
            </w:pPr>
            <w:r>
              <w:rPr>
                <w:rFonts w:ascii="DejaVu Sans" w:hAnsi="DejaVu Sans"/>
                <w:sz w:val="19"/>
              </w:rPr>
              <w:t>☐  No</w:t>
            </w:r>
          </w:p>
        </w:tc>
      </w:tr>
    </w:tbl>
    <w:p w14:paraId="2C5EEDC4" w14:textId="4AC0091C" w:rsidR="00EF1887" w:rsidRDefault="00BA5A91">
      <w:pPr>
        <w:pStyle w:val="Instruction"/>
      </w:pPr>
      <w:r>
        <w:t xml:space="preserve">Please expand your response. There is a limit of </w:t>
      </w:r>
      <w:r w:rsidR="000A2907">
        <w:t>1500 characters</w:t>
      </w:r>
    </w:p>
    <w:tbl>
      <w:tblPr>
        <w:tblW w:w="0" w:type="auto"/>
        <w:jc w:val="center"/>
        <w:tblBorders>
          <w:top w:val="single" w:sz="3" w:space="0" w:color="D5DDE3"/>
          <w:left w:val="single" w:sz="3" w:space="0" w:color="D5DDE3"/>
          <w:bottom w:val="single" w:sz="3" w:space="0" w:color="D5DDE3"/>
          <w:right w:val="single" w:sz="3" w:space="0" w:color="D5DDE3"/>
          <w:insideH w:val="single" w:sz="3" w:space="0" w:color="D5DDE3"/>
          <w:insideV w:val="single" w:sz="3" w:space="0" w:color="D5DDE3"/>
        </w:tblBorders>
        <w:tblLook w:val="04A0" w:firstRow="1" w:lastRow="0" w:firstColumn="1" w:lastColumn="0" w:noHBand="0" w:noVBand="1"/>
      </w:tblPr>
      <w:tblGrid>
        <w:gridCol w:w="9856"/>
      </w:tblGrid>
      <w:tr w:rsidR="00EF1887" w14:paraId="007DCDA8" w14:textId="77777777">
        <w:trPr>
          <w:trHeight w:val="403"/>
          <w:jc w:val="center"/>
        </w:trPr>
        <w:tc>
          <w:tcPr>
            <w:tcW w:w="10080" w:type="dxa"/>
            <w:tcMar>
              <w:top w:w="40" w:type="dxa"/>
              <w:left w:w="80" w:type="dxa"/>
              <w:bottom w:w="40" w:type="dxa"/>
              <w:right w:w="80" w:type="dxa"/>
            </w:tcMar>
          </w:tcPr>
          <w:p w14:paraId="450EA2D7" w14:textId="77777777" w:rsidR="00EF1887" w:rsidRDefault="00EF1887">
            <w:pPr>
              <w:spacing w:after="0"/>
            </w:pPr>
          </w:p>
        </w:tc>
      </w:tr>
      <w:tr w:rsidR="00EF1887" w14:paraId="3DD355C9" w14:textId="77777777">
        <w:trPr>
          <w:trHeight w:val="403"/>
          <w:jc w:val="center"/>
        </w:trPr>
        <w:tc>
          <w:tcPr>
            <w:tcW w:w="10080" w:type="dxa"/>
            <w:tcMar>
              <w:top w:w="40" w:type="dxa"/>
              <w:left w:w="80" w:type="dxa"/>
              <w:bottom w:w="40" w:type="dxa"/>
              <w:right w:w="80" w:type="dxa"/>
            </w:tcMar>
          </w:tcPr>
          <w:p w14:paraId="1A81F0B1" w14:textId="77777777" w:rsidR="00EF1887" w:rsidRDefault="00EF1887">
            <w:pPr>
              <w:spacing w:after="0"/>
            </w:pPr>
          </w:p>
        </w:tc>
      </w:tr>
      <w:tr w:rsidR="00EF1887" w14:paraId="717AAFBA" w14:textId="77777777">
        <w:trPr>
          <w:trHeight w:val="403"/>
          <w:jc w:val="center"/>
        </w:trPr>
        <w:tc>
          <w:tcPr>
            <w:tcW w:w="10080" w:type="dxa"/>
            <w:tcMar>
              <w:top w:w="40" w:type="dxa"/>
              <w:left w:w="80" w:type="dxa"/>
              <w:bottom w:w="40" w:type="dxa"/>
              <w:right w:w="80" w:type="dxa"/>
            </w:tcMar>
          </w:tcPr>
          <w:p w14:paraId="56EE48EE" w14:textId="77777777" w:rsidR="00EF1887" w:rsidRDefault="00EF1887">
            <w:pPr>
              <w:spacing w:after="0"/>
            </w:pPr>
          </w:p>
        </w:tc>
      </w:tr>
    </w:tbl>
    <w:p w14:paraId="2908EB2C" w14:textId="77777777" w:rsidR="00EF1887" w:rsidRDefault="00EF1887">
      <w:pPr>
        <w:spacing w:after="0"/>
      </w:pPr>
    </w:p>
    <w:p w14:paraId="121FD38A" w14:textId="77777777" w:rsidR="00EF1887" w:rsidRDefault="00BA5A91">
      <w:r>
        <w:br w:type="page"/>
      </w:r>
    </w:p>
    <w:p w14:paraId="66424802" w14:textId="77777777" w:rsidR="00EF1887" w:rsidRDefault="00BA5A91">
      <w:pPr>
        <w:pStyle w:val="Heading1"/>
      </w:pPr>
      <w:bookmarkStart w:id="13" w:name="_Toc242800002"/>
      <w:r>
        <w:lastRenderedPageBreak/>
        <w:t>Proposed Commitment 6: Strengthening Commonwealth fraud and corruption control frameworks</w:t>
      </w:r>
      <w:bookmarkEnd w:id="13"/>
    </w:p>
    <w:p w14:paraId="5AB4DFEB" w14:textId="77777777" w:rsidR="00EF1887" w:rsidRDefault="00BA5A91">
      <w:pPr>
        <w:pStyle w:val="CommitmentText"/>
      </w:pPr>
      <w:r>
        <w:t>This commitment would improve the quality and transparency of information about fraud and corruption risks and responses across the Australian Government. It would also conduct a review of the Commonwealth Fraud and Corruption Control Framework (the Framework) with input from government, civil society, academia and integrity experts. The Framework outlines how public entities must prevent, detect, and respond to fraud and corruption to protect public resources. By improving measurement and reporting of data about fraud and corruption, the commitment seeks to enhance public confidence in government integrity and stewardship of public resources. Refer to the consultation paper for more information.</w:t>
      </w:r>
    </w:p>
    <w:p w14:paraId="6426C55D" w14:textId="77777777" w:rsidR="00EF1887" w:rsidRDefault="00BA5A91">
      <w:pPr>
        <w:pStyle w:val="Question"/>
      </w:pPr>
      <w:r>
        <w:t>Is the topic of this commitment (fraud and corruption control) important to you?</w:t>
      </w:r>
    </w:p>
    <w:p w14:paraId="2189942D" w14:textId="3414E50E" w:rsidR="00963426" w:rsidRDefault="00963426" w:rsidP="004E5337">
      <w:pPr>
        <w:pStyle w:val="Instruction"/>
      </w:pPr>
      <w:r>
        <w:t>(Please select one)</w:t>
      </w:r>
    </w:p>
    <w:tbl>
      <w:tblPr>
        <w:tblW w:w="0" w:type="auto"/>
        <w:tblLook w:val="04A0" w:firstRow="1" w:lastRow="0" w:firstColumn="1" w:lastColumn="0" w:noHBand="0" w:noVBand="1"/>
      </w:tblPr>
      <w:tblGrid>
        <w:gridCol w:w="2468"/>
        <w:gridCol w:w="2469"/>
        <w:gridCol w:w="2459"/>
        <w:gridCol w:w="2468"/>
      </w:tblGrid>
      <w:tr w:rsidR="00EF1887" w14:paraId="7AFCD552" w14:textId="77777777">
        <w:tc>
          <w:tcPr>
            <w:tcW w:w="2520" w:type="dxa"/>
            <w:tcMar>
              <w:top w:w="45" w:type="dxa"/>
              <w:left w:w="70" w:type="dxa"/>
              <w:bottom w:w="45" w:type="dxa"/>
              <w:right w:w="70" w:type="dxa"/>
            </w:tcMar>
            <w:vAlign w:val="center"/>
          </w:tcPr>
          <w:p w14:paraId="5D1A8715" w14:textId="77777777" w:rsidR="00EF1887" w:rsidRDefault="00BA5A91">
            <w:pPr>
              <w:spacing w:after="0"/>
            </w:pPr>
            <w:r>
              <w:rPr>
                <w:rFonts w:ascii="Segoe UI Symbol" w:hAnsi="Segoe UI Symbol" w:cs="Segoe UI Symbol"/>
                <w:sz w:val="19"/>
              </w:rPr>
              <w:t>☐</w:t>
            </w:r>
            <w:r>
              <w:rPr>
                <w:rFonts w:ascii="DejaVu Sans" w:hAnsi="DejaVu Sans"/>
                <w:sz w:val="19"/>
              </w:rPr>
              <w:t xml:space="preserve">  Very important</w:t>
            </w:r>
          </w:p>
        </w:tc>
        <w:tc>
          <w:tcPr>
            <w:tcW w:w="2520" w:type="dxa"/>
            <w:tcMar>
              <w:top w:w="45" w:type="dxa"/>
              <w:left w:w="70" w:type="dxa"/>
              <w:bottom w:w="45" w:type="dxa"/>
              <w:right w:w="70" w:type="dxa"/>
            </w:tcMar>
            <w:vAlign w:val="center"/>
          </w:tcPr>
          <w:p w14:paraId="2532E08C" w14:textId="77777777" w:rsidR="00EF1887" w:rsidRDefault="00BA5A91">
            <w:pPr>
              <w:spacing w:after="0"/>
            </w:pPr>
            <w:r>
              <w:rPr>
                <w:rFonts w:ascii="DejaVu Sans" w:hAnsi="DejaVu Sans"/>
                <w:sz w:val="19"/>
              </w:rPr>
              <w:t>☐  Important</w:t>
            </w:r>
          </w:p>
        </w:tc>
        <w:tc>
          <w:tcPr>
            <w:tcW w:w="2520" w:type="dxa"/>
            <w:tcMar>
              <w:top w:w="45" w:type="dxa"/>
              <w:left w:w="70" w:type="dxa"/>
              <w:bottom w:w="45" w:type="dxa"/>
              <w:right w:w="70" w:type="dxa"/>
            </w:tcMar>
            <w:vAlign w:val="center"/>
          </w:tcPr>
          <w:p w14:paraId="3352D4B3" w14:textId="77777777" w:rsidR="00EF1887" w:rsidRDefault="00BA5A91">
            <w:pPr>
              <w:spacing w:after="0"/>
            </w:pPr>
            <w:r>
              <w:rPr>
                <w:rFonts w:ascii="DejaVu Sans" w:hAnsi="DejaVu Sans"/>
                <w:sz w:val="19"/>
              </w:rPr>
              <w:t>☐  Neutral</w:t>
            </w:r>
          </w:p>
        </w:tc>
        <w:tc>
          <w:tcPr>
            <w:tcW w:w="2520" w:type="dxa"/>
            <w:tcMar>
              <w:top w:w="45" w:type="dxa"/>
              <w:left w:w="70" w:type="dxa"/>
              <w:bottom w:w="45" w:type="dxa"/>
              <w:right w:w="70" w:type="dxa"/>
            </w:tcMar>
            <w:vAlign w:val="center"/>
          </w:tcPr>
          <w:p w14:paraId="1EC10BAC" w14:textId="77777777" w:rsidR="00EF1887" w:rsidRDefault="00BA5A91">
            <w:pPr>
              <w:spacing w:after="0"/>
            </w:pPr>
            <w:r>
              <w:rPr>
                <w:rFonts w:ascii="DejaVu Sans" w:hAnsi="DejaVu Sans"/>
                <w:sz w:val="19"/>
              </w:rPr>
              <w:t>☐  Not important</w:t>
            </w:r>
          </w:p>
        </w:tc>
      </w:tr>
    </w:tbl>
    <w:p w14:paraId="403D803D" w14:textId="77777777" w:rsidR="00EF1887" w:rsidRDefault="00BA5A91">
      <w:pPr>
        <w:pStyle w:val="Question"/>
      </w:pPr>
      <w:r>
        <w:t>Why or why not?</w:t>
      </w:r>
    </w:p>
    <w:p w14:paraId="0C0C3EF7" w14:textId="29C86B5B" w:rsidR="00EF1887" w:rsidRDefault="00BA5A91">
      <w:pPr>
        <w:pStyle w:val="Instruction"/>
      </w:pPr>
      <w:r>
        <w:t xml:space="preserve">Please expand your response. There is a limit of </w:t>
      </w:r>
      <w:r w:rsidR="000A2907">
        <w:t>1500 characters</w:t>
      </w:r>
    </w:p>
    <w:tbl>
      <w:tblPr>
        <w:tblW w:w="0" w:type="auto"/>
        <w:jc w:val="center"/>
        <w:tblBorders>
          <w:top w:val="single" w:sz="3" w:space="0" w:color="D5DDE3"/>
          <w:left w:val="single" w:sz="3" w:space="0" w:color="D5DDE3"/>
          <w:bottom w:val="single" w:sz="3" w:space="0" w:color="D5DDE3"/>
          <w:right w:val="single" w:sz="3" w:space="0" w:color="D5DDE3"/>
          <w:insideH w:val="single" w:sz="3" w:space="0" w:color="D5DDE3"/>
          <w:insideV w:val="single" w:sz="3" w:space="0" w:color="D5DDE3"/>
        </w:tblBorders>
        <w:tblLook w:val="04A0" w:firstRow="1" w:lastRow="0" w:firstColumn="1" w:lastColumn="0" w:noHBand="0" w:noVBand="1"/>
      </w:tblPr>
      <w:tblGrid>
        <w:gridCol w:w="9856"/>
      </w:tblGrid>
      <w:tr w:rsidR="00EF1887" w14:paraId="1FE2DD96" w14:textId="77777777">
        <w:trPr>
          <w:trHeight w:val="403"/>
          <w:jc w:val="center"/>
        </w:trPr>
        <w:tc>
          <w:tcPr>
            <w:tcW w:w="10080" w:type="dxa"/>
            <w:tcMar>
              <w:top w:w="40" w:type="dxa"/>
              <w:left w:w="80" w:type="dxa"/>
              <w:bottom w:w="40" w:type="dxa"/>
              <w:right w:w="80" w:type="dxa"/>
            </w:tcMar>
          </w:tcPr>
          <w:p w14:paraId="27357532" w14:textId="77777777" w:rsidR="00EF1887" w:rsidRDefault="00EF1887">
            <w:pPr>
              <w:spacing w:after="0"/>
            </w:pPr>
          </w:p>
        </w:tc>
      </w:tr>
      <w:tr w:rsidR="00EF1887" w14:paraId="07F023C8" w14:textId="77777777">
        <w:trPr>
          <w:trHeight w:val="403"/>
          <w:jc w:val="center"/>
        </w:trPr>
        <w:tc>
          <w:tcPr>
            <w:tcW w:w="10080" w:type="dxa"/>
            <w:tcMar>
              <w:top w:w="40" w:type="dxa"/>
              <w:left w:w="80" w:type="dxa"/>
              <w:bottom w:w="40" w:type="dxa"/>
              <w:right w:w="80" w:type="dxa"/>
            </w:tcMar>
          </w:tcPr>
          <w:p w14:paraId="4BDB5498" w14:textId="77777777" w:rsidR="00EF1887" w:rsidRDefault="00EF1887">
            <w:pPr>
              <w:spacing w:after="0"/>
            </w:pPr>
          </w:p>
        </w:tc>
      </w:tr>
      <w:tr w:rsidR="00EF1887" w14:paraId="2916C19D" w14:textId="77777777">
        <w:trPr>
          <w:trHeight w:val="403"/>
          <w:jc w:val="center"/>
        </w:trPr>
        <w:tc>
          <w:tcPr>
            <w:tcW w:w="10080" w:type="dxa"/>
            <w:tcMar>
              <w:top w:w="40" w:type="dxa"/>
              <w:left w:w="80" w:type="dxa"/>
              <w:bottom w:w="40" w:type="dxa"/>
              <w:right w:w="80" w:type="dxa"/>
            </w:tcMar>
          </w:tcPr>
          <w:p w14:paraId="74869460" w14:textId="77777777" w:rsidR="00EF1887" w:rsidRDefault="00EF1887">
            <w:pPr>
              <w:spacing w:after="0"/>
            </w:pPr>
          </w:p>
        </w:tc>
      </w:tr>
    </w:tbl>
    <w:p w14:paraId="187F57B8" w14:textId="77777777" w:rsidR="00EF1887" w:rsidRDefault="00EF1887">
      <w:pPr>
        <w:spacing w:after="0"/>
      </w:pPr>
    </w:p>
    <w:p w14:paraId="2AFAF85C" w14:textId="77777777" w:rsidR="00EF1887" w:rsidRDefault="00BA5A91">
      <w:pPr>
        <w:pStyle w:val="Question"/>
      </w:pPr>
      <w:r>
        <w:t>How important are the possible benefits of the potential commitment, as described in the consultation paper?</w:t>
      </w:r>
    </w:p>
    <w:p w14:paraId="2A48C061" w14:textId="71D1807C" w:rsidR="00963426" w:rsidRDefault="00963426" w:rsidP="004E5337">
      <w:pPr>
        <w:pStyle w:val="Instruction"/>
      </w:pPr>
      <w:r>
        <w:t>(Please select one)</w:t>
      </w:r>
    </w:p>
    <w:tbl>
      <w:tblPr>
        <w:tblW w:w="0" w:type="auto"/>
        <w:tblLook w:val="04A0" w:firstRow="1" w:lastRow="0" w:firstColumn="1" w:lastColumn="0" w:noHBand="0" w:noVBand="1"/>
      </w:tblPr>
      <w:tblGrid>
        <w:gridCol w:w="2468"/>
        <w:gridCol w:w="2469"/>
        <w:gridCol w:w="2459"/>
        <w:gridCol w:w="2468"/>
      </w:tblGrid>
      <w:tr w:rsidR="00EF1887" w14:paraId="1E4131F3" w14:textId="77777777">
        <w:tc>
          <w:tcPr>
            <w:tcW w:w="2520" w:type="dxa"/>
            <w:tcMar>
              <w:top w:w="45" w:type="dxa"/>
              <w:left w:w="70" w:type="dxa"/>
              <w:bottom w:w="45" w:type="dxa"/>
              <w:right w:w="70" w:type="dxa"/>
            </w:tcMar>
            <w:vAlign w:val="center"/>
          </w:tcPr>
          <w:p w14:paraId="4EB5C094" w14:textId="77777777" w:rsidR="00EF1887" w:rsidRDefault="00BA5A91">
            <w:pPr>
              <w:spacing w:after="0"/>
            </w:pPr>
            <w:r>
              <w:rPr>
                <w:rFonts w:ascii="Segoe UI Symbol" w:hAnsi="Segoe UI Symbol" w:cs="Segoe UI Symbol"/>
                <w:sz w:val="19"/>
              </w:rPr>
              <w:t>☐</w:t>
            </w:r>
            <w:r>
              <w:rPr>
                <w:rFonts w:ascii="DejaVu Sans" w:hAnsi="DejaVu Sans"/>
                <w:sz w:val="19"/>
              </w:rPr>
              <w:t xml:space="preserve">  Very important</w:t>
            </w:r>
          </w:p>
        </w:tc>
        <w:tc>
          <w:tcPr>
            <w:tcW w:w="2520" w:type="dxa"/>
            <w:tcMar>
              <w:top w:w="45" w:type="dxa"/>
              <w:left w:w="70" w:type="dxa"/>
              <w:bottom w:w="45" w:type="dxa"/>
              <w:right w:w="70" w:type="dxa"/>
            </w:tcMar>
            <w:vAlign w:val="center"/>
          </w:tcPr>
          <w:p w14:paraId="1A8DF211" w14:textId="77777777" w:rsidR="00EF1887" w:rsidRDefault="00BA5A91">
            <w:pPr>
              <w:spacing w:after="0"/>
            </w:pPr>
            <w:r>
              <w:rPr>
                <w:rFonts w:ascii="DejaVu Sans" w:hAnsi="DejaVu Sans"/>
                <w:sz w:val="19"/>
              </w:rPr>
              <w:t>☐  Important</w:t>
            </w:r>
          </w:p>
        </w:tc>
        <w:tc>
          <w:tcPr>
            <w:tcW w:w="2520" w:type="dxa"/>
            <w:tcMar>
              <w:top w:w="45" w:type="dxa"/>
              <w:left w:w="70" w:type="dxa"/>
              <w:bottom w:w="45" w:type="dxa"/>
              <w:right w:w="70" w:type="dxa"/>
            </w:tcMar>
            <w:vAlign w:val="center"/>
          </w:tcPr>
          <w:p w14:paraId="2C85B911" w14:textId="77777777" w:rsidR="00EF1887" w:rsidRDefault="00BA5A91">
            <w:pPr>
              <w:spacing w:after="0"/>
            </w:pPr>
            <w:r>
              <w:rPr>
                <w:rFonts w:ascii="DejaVu Sans" w:hAnsi="DejaVu Sans"/>
                <w:sz w:val="19"/>
              </w:rPr>
              <w:t>☐  Neutral</w:t>
            </w:r>
          </w:p>
        </w:tc>
        <w:tc>
          <w:tcPr>
            <w:tcW w:w="2520" w:type="dxa"/>
            <w:tcMar>
              <w:top w:w="45" w:type="dxa"/>
              <w:left w:w="70" w:type="dxa"/>
              <w:bottom w:w="45" w:type="dxa"/>
              <w:right w:w="70" w:type="dxa"/>
            </w:tcMar>
            <w:vAlign w:val="center"/>
          </w:tcPr>
          <w:p w14:paraId="2948A36E" w14:textId="77777777" w:rsidR="00EF1887" w:rsidRDefault="00BA5A91">
            <w:pPr>
              <w:spacing w:after="0"/>
            </w:pPr>
            <w:r>
              <w:rPr>
                <w:rFonts w:ascii="DejaVu Sans" w:hAnsi="DejaVu Sans"/>
                <w:sz w:val="19"/>
              </w:rPr>
              <w:t>☐  Not important</w:t>
            </w:r>
          </w:p>
        </w:tc>
      </w:tr>
    </w:tbl>
    <w:p w14:paraId="56CC37A2" w14:textId="77777777" w:rsidR="00EF1887" w:rsidRDefault="00BA5A91">
      <w:pPr>
        <w:pStyle w:val="Question"/>
      </w:pPr>
      <w:r>
        <w:t>Do you have any suggestions to modify the potential commitment to increase its benefits?</w:t>
      </w:r>
    </w:p>
    <w:tbl>
      <w:tblPr>
        <w:tblW w:w="0" w:type="auto"/>
        <w:tblLook w:val="04A0" w:firstRow="1" w:lastRow="0" w:firstColumn="1" w:lastColumn="0" w:noHBand="0" w:noVBand="1"/>
      </w:tblPr>
      <w:tblGrid>
        <w:gridCol w:w="4933"/>
        <w:gridCol w:w="4931"/>
      </w:tblGrid>
      <w:tr w:rsidR="00EF1887" w14:paraId="53A6EBFA" w14:textId="77777777">
        <w:tc>
          <w:tcPr>
            <w:tcW w:w="5040" w:type="dxa"/>
            <w:tcMar>
              <w:top w:w="45" w:type="dxa"/>
              <w:left w:w="70" w:type="dxa"/>
              <w:bottom w:w="45" w:type="dxa"/>
              <w:right w:w="70" w:type="dxa"/>
            </w:tcMar>
            <w:vAlign w:val="center"/>
          </w:tcPr>
          <w:p w14:paraId="13C2B0C3" w14:textId="77777777" w:rsidR="00EF1887" w:rsidRDefault="00BA5A91">
            <w:pPr>
              <w:spacing w:after="0"/>
            </w:pPr>
            <w:r>
              <w:rPr>
                <w:rFonts w:ascii="DejaVu Sans" w:hAnsi="DejaVu Sans"/>
                <w:sz w:val="19"/>
              </w:rPr>
              <w:t>☐  Yes</w:t>
            </w:r>
          </w:p>
        </w:tc>
        <w:tc>
          <w:tcPr>
            <w:tcW w:w="5040" w:type="dxa"/>
            <w:tcMar>
              <w:top w:w="45" w:type="dxa"/>
              <w:left w:w="70" w:type="dxa"/>
              <w:bottom w:w="45" w:type="dxa"/>
              <w:right w:w="70" w:type="dxa"/>
            </w:tcMar>
            <w:vAlign w:val="center"/>
          </w:tcPr>
          <w:p w14:paraId="22C31C16" w14:textId="77777777" w:rsidR="00EF1887" w:rsidRDefault="00BA5A91">
            <w:pPr>
              <w:spacing w:after="0"/>
            </w:pPr>
            <w:r>
              <w:rPr>
                <w:rFonts w:ascii="DejaVu Sans" w:hAnsi="DejaVu Sans"/>
                <w:sz w:val="19"/>
              </w:rPr>
              <w:t>☐  No</w:t>
            </w:r>
          </w:p>
        </w:tc>
      </w:tr>
    </w:tbl>
    <w:p w14:paraId="26FDE4A6" w14:textId="774D34E1" w:rsidR="00EF1887" w:rsidRDefault="00BA5A91">
      <w:pPr>
        <w:pStyle w:val="Instruction"/>
      </w:pPr>
      <w:r>
        <w:t xml:space="preserve">Please expand your response. There is a limit of </w:t>
      </w:r>
      <w:r w:rsidR="000A2907">
        <w:t>1500 characters</w:t>
      </w:r>
    </w:p>
    <w:tbl>
      <w:tblPr>
        <w:tblW w:w="0" w:type="auto"/>
        <w:jc w:val="center"/>
        <w:tblBorders>
          <w:top w:val="single" w:sz="3" w:space="0" w:color="D5DDE3"/>
          <w:left w:val="single" w:sz="3" w:space="0" w:color="D5DDE3"/>
          <w:bottom w:val="single" w:sz="3" w:space="0" w:color="D5DDE3"/>
          <w:right w:val="single" w:sz="3" w:space="0" w:color="D5DDE3"/>
          <w:insideH w:val="single" w:sz="3" w:space="0" w:color="D5DDE3"/>
          <w:insideV w:val="single" w:sz="3" w:space="0" w:color="D5DDE3"/>
        </w:tblBorders>
        <w:tblLook w:val="04A0" w:firstRow="1" w:lastRow="0" w:firstColumn="1" w:lastColumn="0" w:noHBand="0" w:noVBand="1"/>
      </w:tblPr>
      <w:tblGrid>
        <w:gridCol w:w="9856"/>
      </w:tblGrid>
      <w:tr w:rsidR="00EF1887" w14:paraId="54738AF4" w14:textId="77777777">
        <w:trPr>
          <w:trHeight w:val="403"/>
          <w:jc w:val="center"/>
        </w:trPr>
        <w:tc>
          <w:tcPr>
            <w:tcW w:w="10080" w:type="dxa"/>
            <w:tcMar>
              <w:top w:w="40" w:type="dxa"/>
              <w:left w:w="80" w:type="dxa"/>
              <w:bottom w:w="40" w:type="dxa"/>
              <w:right w:w="80" w:type="dxa"/>
            </w:tcMar>
          </w:tcPr>
          <w:p w14:paraId="46ABBD8F" w14:textId="77777777" w:rsidR="00EF1887" w:rsidRDefault="00EF1887">
            <w:pPr>
              <w:spacing w:after="0"/>
            </w:pPr>
          </w:p>
        </w:tc>
      </w:tr>
      <w:tr w:rsidR="00EF1887" w14:paraId="06BBA33E" w14:textId="77777777">
        <w:trPr>
          <w:trHeight w:val="403"/>
          <w:jc w:val="center"/>
        </w:trPr>
        <w:tc>
          <w:tcPr>
            <w:tcW w:w="10080" w:type="dxa"/>
            <w:tcMar>
              <w:top w:w="40" w:type="dxa"/>
              <w:left w:w="80" w:type="dxa"/>
              <w:bottom w:w="40" w:type="dxa"/>
              <w:right w:w="80" w:type="dxa"/>
            </w:tcMar>
          </w:tcPr>
          <w:p w14:paraId="464FCBC1" w14:textId="77777777" w:rsidR="00EF1887" w:rsidRDefault="00EF1887">
            <w:pPr>
              <w:spacing w:after="0"/>
            </w:pPr>
          </w:p>
        </w:tc>
      </w:tr>
      <w:tr w:rsidR="00EF1887" w14:paraId="5C8C6B09" w14:textId="77777777">
        <w:trPr>
          <w:trHeight w:val="403"/>
          <w:jc w:val="center"/>
        </w:trPr>
        <w:tc>
          <w:tcPr>
            <w:tcW w:w="10080" w:type="dxa"/>
            <w:tcMar>
              <w:top w:w="40" w:type="dxa"/>
              <w:left w:w="80" w:type="dxa"/>
              <w:bottom w:w="40" w:type="dxa"/>
              <w:right w:w="80" w:type="dxa"/>
            </w:tcMar>
          </w:tcPr>
          <w:p w14:paraId="3382A365" w14:textId="77777777" w:rsidR="00EF1887" w:rsidRDefault="00EF1887">
            <w:pPr>
              <w:spacing w:after="0"/>
            </w:pPr>
          </w:p>
        </w:tc>
      </w:tr>
    </w:tbl>
    <w:p w14:paraId="5C71F136" w14:textId="77777777" w:rsidR="00EF1887" w:rsidRDefault="00EF1887">
      <w:pPr>
        <w:spacing w:after="0"/>
      </w:pPr>
    </w:p>
    <w:p w14:paraId="5F7F53F7" w14:textId="77777777" w:rsidR="00EF1887" w:rsidRDefault="00BA5A91">
      <w:pPr>
        <w:pStyle w:val="Question"/>
      </w:pPr>
      <w:r>
        <w:t>Do you have any concerns about possible negative impacts from the potential commitment?</w:t>
      </w:r>
    </w:p>
    <w:tbl>
      <w:tblPr>
        <w:tblW w:w="0" w:type="auto"/>
        <w:tblLook w:val="04A0" w:firstRow="1" w:lastRow="0" w:firstColumn="1" w:lastColumn="0" w:noHBand="0" w:noVBand="1"/>
      </w:tblPr>
      <w:tblGrid>
        <w:gridCol w:w="4933"/>
        <w:gridCol w:w="4931"/>
      </w:tblGrid>
      <w:tr w:rsidR="00EF1887" w14:paraId="1DBA7123" w14:textId="77777777">
        <w:tc>
          <w:tcPr>
            <w:tcW w:w="5040" w:type="dxa"/>
            <w:tcMar>
              <w:top w:w="45" w:type="dxa"/>
              <w:left w:w="70" w:type="dxa"/>
              <w:bottom w:w="45" w:type="dxa"/>
              <w:right w:w="70" w:type="dxa"/>
            </w:tcMar>
            <w:vAlign w:val="center"/>
          </w:tcPr>
          <w:p w14:paraId="70CC8204" w14:textId="77777777" w:rsidR="00EF1887" w:rsidRDefault="00BA5A91">
            <w:pPr>
              <w:spacing w:after="0"/>
            </w:pPr>
            <w:r>
              <w:rPr>
                <w:rFonts w:ascii="DejaVu Sans" w:hAnsi="DejaVu Sans"/>
                <w:sz w:val="19"/>
              </w:rPr>
              <w:t>☐  Yes</w:t>
            </w:r>
          </w:p>
        </w:tc>
        <w:tc>
          <w:tcPr>
            <w:tcW w:w="5040" w:type="dxa"/>
            <w:tcMar>
              <w:top w:w="45" w:type="dxa"/>
              <w:left w:w="70" w:type="dxa"/>
              <w:bottom w:w="45" w:type="dxa"/>
              <w:right w:w="70" w:type="dxa"/>
            </w:tcMar>
            <w:vAlign w:val="center"/>
          </w:tcPr>
          <w:p w14:paraId="1C3245D9" w14:textId="77777777" w:rsidR="00EF1887" w:rsidRDefault="00BA5A91">
            <w:pPr>
              <w:spacing w:after="0"/>
            </w:pPr>
            <w:r>
              <w:rPr>
                <w:rFonts w:ascii="DejaVu Sans" w:hAnsi="DejaVu Sans"/>
                <w:sz w:val="19"/>
              </w:rPr>
              <w:t>☐  No</w:t>
            </w:r>
          </w:p>
        </w:tc>
      </w:tr>
    </w:tbl>
    <w:p w14:paraId="71388B21" w14:textId="5DB4C7FE" w:rsidR="00EF1887" w:rsidRDefault="00BA5A91">
      <w:pPr>
        <w:pStyle w:val="Instruction"/>
      </w:pPr>
      <w:r>
        <w:t xml:space="preserve">Please expand your response. There is a limit of </w:t>
      </w:r>
      <w:r w:rsidR="000A2907">
        <w:t>1500 characters</w:t>
      </w:r>
    </w:p>
    <w:tbl>
      <w:tblPr>
        <w:tblW w:w="0" w:type="auto"/>
        <w:jc w:val="center"/>
        <w:tblBorders>
          <w:top w:val="single" w:sz="3" w:space="0" w:color="D5DDE3"/>
          <w:left w:val="single" w:sz="3" w:space="0" w:color="D5DDE3"/>
          <w:bottom w:val="single" w:sz="3" w:space="0" w:color="D5DDE3"/>
          <w:right w:val="single" w:sz="3" w:space="0" w:color="D5DDE3"/>
          <w:insideH w:val="single" w:sz="3" w:space="0" w:color="D5DDE3"/>
          <w:insideV w:val="single" w:sz="3" w:space="0" w:color="D5DDE3"/>
        </w:tblBorders>
        <w:tblLook w:val="04A0" w:firstRow="1" w:lastRow="0" w:firstColumn="1" w:lastColumn="0" w:noHBand="0" w:noVBand="1"/>
      </w:tblPr>
      <w:tblGrid>
        <w:gridCol w:w="9856"/>
      </w:tblGrid>
      <w:tr w:rsidR="00EF1887" w14:paraId="62199465" w14:textId="77777777">
        <w:trPr>
          <w:trHeight w:val="403"/>
          <w:jc w:val="center"/>
        </w:trPr>
        <w:tc>
          <w:tcPr>
            <w:tcW w:w="10080" w:type="dxa"/>
            <w:tcMar>
              <w:top w:w="40" w:type="dxa"/>
              <w:left w:w="80" w:type="dxa"/>
              <w:bottom w:w="40" w:type="dxa"/>
              <w:right w:w="80" w:type="dxa"/>
            </w:tcMar>
          </w:tcPr>
          <w:p w14:paraId="0DA123B1" w14:textId="77777777" w:rsidR="00EF1887" w:rsidRDefault="00EF1887">
            <w:pPr>
              <w:spacing w:after="0"/>
            </w:pPr>
          </w:p>
        </w:tc>
      </w:tr>
      <w:tr w:rsidR="00EF1887" w14:paraId="4C4CEA3D" w14:textId="77777777">
        <w:trPr>
          <w:trHeight w:val="403"/>
          <w:jc w:val="center"/>
        </w:trPr>
        <w:tc>
          <w:tcPr>
            <w:tcW w:w="10080" w:type="dxa"/>
            <w:tcMar>
              <w:top w:w="40" w:type="dxa"/>
              <w:left w:w="80" w:type="dxa"/>
              <w:bottom w:w="40" w:type="dxa"/>
              <w:right w:w="80" w:type="dxa"/>
            </w:tcMar>
          </w:tcPr>
          <w:p w14:paraId="50895670" w14:textId="77777777" w:rsidR="00EF1887" w:rsidRDefault="00EF1887">
            <w:pPr>
              <w:spacing w:after="0"/>
            </w:pPr>
          </w:p>
        </w:tc>
      </w:tr>
      <w:tr w:rsidR="00EF1887" w14:paraId="38C1F859" w14:textId="77777777">
        <w:trPr>
          <w:trHeight w:val="403"/>
          <w:jc w:val="center"/>
        </w:trPr>
        <w:tc>
          <w:tcPr>
            <w:tcW w:w="10080" w:type="dxa"/>
            <w:tcMar>
              <w:top w:w="40" w:type="dxa"/>
              <w:left w:w="80" w:type="dxa"/>
              <w:bottom w:w="40" w:type="dxa"/>
              <w:right w:w="80" w:type="dxa"/>
            </w:tcMar>
          </w:tcPr>
          <w:p w14:paraId="0C8FE7CE" w14:textId="77777777" w:rsidR="00EF1887" w:rsidRDefault="00EF1887">
            <w:pPr>
              <w:spacing w:after="0"/>
            </w:pPr>
          </w:p>
        </w:tc>
      </w:tr>
    </w:tbl>
    <w:p w14:paraId="41004F19" w14:textId="77777777" w:rsidR="00EF1887" w:rsidRDefault="00EF1887">
      <w:pPr>
        <w:spacing w:after="0"/>
      </w:pPr>
    </w:p>
    <w:p w14:paraId="67C0C651" w14:textId="77777777" w:rsidR="00EF1887" w:rsidRDefault="00BA5A91">
      <w:r>
        <w:br w:type="page"/>
      </w:r>
    </w:p>
    <w:p w14:paraId="4D240197" w14:textId="77777777" w:rsidR="00EF1887" w:rsidRDefault="00BA5A91">
      <w:pPr>
        <w:pStyle w:val="Heading1"/>
      </w:pPr>
      <w:bookmarkStart w:id="14" w:name="_Toc242800003"/>
      <w:r>
        <w:lastRenderedPageBreak/>
        <w:t>Proposed Commitment 7: Improving access to government information and communications for people with disability</w:t>
      </w:r>
      <w:bookmarkEnd w:id="14"/>
    </w:p>
    <w:p w14:paraId="0C208B4F" w14:textId="77777777" w:rsidR="00EF1887" w:rsidRDefault="00BA5A91">
      <w:pPr>
        <w:pStyle w:val="CommitmentText"/>
      </w:pPr>
      <w:r>
        <w:t>This commitment would develop and implement the Accessible Information and Communications Associated Plan (Associated Plan) under Australia's Disability Strategy 2021–2031 to improve how governments communicate with people with disability. It would establish consistent accessibility standards, build workforce capability, strengthen accessible communication practices, and improve access to government information and services. Refer to the consultation paper for more information.</w:t>
      </w:r>
    </w:p>
    <w:p w14:paraId="1D7D12DF" w14:textId="77777777" w:rsidR="00EF1887" w:rsidRDefault="00BA5A91">
      <w:pPr>
        <w:pStyle w:val="Question"/>
      </w:pPr>
      <w:r>
        <w:t>Is the topic of this commitment (accessible communications for people with a disability) important to you?</w:t>
      </w:r>
    </w:p>
    <w:p w14:paraId="50A928C0" w14:textId="04930F25" w:rsidR="00963426" w:rsidRDefault="00963426" w:rsidP="004E5337">
      <w:pPr>
        <w:pStyle w:val="Instruction"/>
      </w:pPr>
      <w:r>
        <w:t>(Please select one)</w:t>
      </w:r>
    </w:p>
    <w:tbl>
      <w:tblPr>
        <w:tblW w:w="0" w:type="auto"/>
        <w:tblLook w:val="04A0" w:firstRow="1" w:lastRow="0" w:firstColumn="1" w:lastColumn="0" w:noHBand="0" w:noVBand="1"/>
      </w:tblPr>
      <w:tblGrid>
        <w:gridCol w:w="2468"/>
        <w:gridCol w:w="2469"/>
        <w:gridCol w:w="2459"/>
        <w:gridCol w:w="2468"/>
      </w:tblGrid>
      <w:tr w:rsidR="00EF1887" w14:paraId="6BC284E0" w14:textId="77777777">
        <w:tc>
          <w:tcPr>
            <w:tcW w:w="2520" w:type="dxa"/>
            <w:tcMar>
              <w:top w:w="45" w:type="dxa"/>
              <w:left w:w="70" w:type="dxa"/>
              <w:bottom w:w="45" w:type="dxa"/>
              <w:right w:w="70" w:type="dxa"/>
            </w:tcMar>
            <w:vAlign w:val="center"/>
          </w:tcPr>
          <w:p w14:paraId="37A26EAB" w14:textId="77777777" w:rsidR="00EF1887" w:rsidRDefault="00BA5A91">
            <w:pPr>
              <w:spacing w:after="0"/>
            </w:pPr>
            <w:r>
              <w:rPr>
                <w:rFonts w:ascii="Segoe UI Symbol" w:hAnsi="Segoe UI Symbol" w:cs="Segoe UI Symbol"/>
                <w:sz w:val="19"/>
              </w:rPr>
              <w:t>☐</w:t>
            </w:r>
            <w:r>
              <w:rPr>
                <w:rFonts w:ascii="DejaVu Sans" w:hAnsi="DejaVu Sans"/>
                <w:sz w:val="19"/>
              </w:rPr>
              <w:t xml:space="preserve">  Very important</w:t>
            </w:r>
          </w:p>
        </w:tc>
        <w:tc>
          <w:tcPr>
            <w:tcW w:w="2520" w:type="dxa"/>
            <w:tcMar>
              <w:top w:w="45" w:type="dxa"/>
              <w:left w:w="70" w:type="dxa"/>
              <w:bottom w:w="45" w:type="dxa"/>
              <w:right w:w="70" w:type="dxa"/>
            </w:tcMar>
            <w:vAlign w:val="center"/>
          </w:tcPr>
          <w:p w14:paraId="7583D8AD" w14:textId="77777777" w:rsidR="00EF1887" w:rsidRDefault="00BA5A91">
            <w:pPr>
              <w:spacing w:after="0"/>
            </w:pPr>
            <w:r>
              <w:rPr>
                <w:rFonts w:ascii="DejaVu Sans" w:hAnsi="DejaVu Sans"/>
                <w:sz w:val="19"/>
              </w:rPr>
              <w:t>☐  Important</w:t>
            </w:r>
          </w:p>
        </w:tc>
        <w:tc>
          <w:tcPr>
            <w:tcW w:w="2520" w:type="dxa"/>
            <w:tcMar>
              <w:top w:w="45" w:type="dxa"/>
              <w:left w:w="70" w:type="dxa"/>
              <w:bottom w:w="45" w:type="dxa"/>
              <w:right w:w="70" w:type="dxa"/>
            </w:tcMar>
            <w:vAlign w:val="center"/>
          </w:tcPr>
          <w:p w14:paraId="703688DA" w14:textId="77777777" w:rsidR="00EF1887" w:rsidRDefault="00BA5A91">
            <w:pPr>
              <w:spacing w:after="0"/>
            </w:pPr>
            <w:r>
              <w:rPr>
                <w:rFonts w:ascii="DejaVu Sans" w:hAnsi="DejaVu Sans"/>
                <w:sz w:val="19"/>
              </w:rPr>
              <w:t>☐  Neutral</w:t>
            </w:r>
          </w:p>
        </w:tc>
        <w:tc>
          <w:tcPr>
            <w:tcW w:w="2520" w:type="dxa"/>
            <w:tcMar>
              <w:top w:w="45" w:type="dxa"/>
              <w:left w:w="70" w:type="dxa"/>
              <w:bottom w:w="45" w:type="dxa"/>
              <w:right w:w="70" w:type="dxa"/>
            </w:tcMar>
            <w:vAlign w:val="center"/>
          </w:tcPr>
          <w:p w14:paraId="124D0D66" w14:textId="77777777" w:rsidR="00EF1887" w:rsidRDefault="00BA5A91">
            <w:pPr>
              <w:spacing w:after="0"/>
            </w:pPr>
            <w:r>
              <w:rPr>
                <w:rFonts w:ascii="DejaVu Sans" w:hAnsi="DejaVu Sans"/>
                <w:sz w:val="19"/>
              </w:rPr>
              <w:t>☐  Not important</w:t>
            </w:r>
          </w:p>
        </w:tc>
      </w:tr>
    </w:tbl>
    <w:p w14:paraId="530BBDAE" w14:textId="77777777" w:rsidR="00EF1887" w:rsidRDefault="00BA5A91">
      <w:pPr>
        <w:pStyle w:val="Question"/>
      </w:pPr>
      <w:r>
        <w:t>Why or why not?</w:t>
      </w:r>
    </w:p>
    <w:p w14:paraId="3F4DA150" w14:textId="12185DD1" w:rsidR="00EF1887" w:rsidRDefault="00BA5A91">
      <w:pPr>
        <w:pStyle w:val="Instruction"/>
      </w:pPr>
      <w:r>
        <w:t xml:space="preserve">Please expand your response. There is a limit of </w:t>
      </w:r>
      <w:r w:rsidR="000A2907">
        <w:t>1500 characters</w:t>
      </w:r>
    </w:p>
    <w:tbl>
      <w:tblPr>
        <w:tblW w:w="0" w:type="auto"/>
        <w:jc w:val="center"/>
        <w:tblBorders>
          <w:top w:val="single" w:sz="3" w:space="0" w:color="D5DDE3"/>
          <w:left w:val="single" w:sz="3" w:space="0" w:color="D5DDE3"/>
          <w:bottom w:val="single" w:sz="3" w:space="0" w:color="D5DDE3"/>
          <w:right w:val="single" w:sz="3" w:space="0" w:color="D5DDE3"/>
          <w:insideH w:val="single" w:sz="3" w:space="0" w:color="D5DDE3"/>
          <w:insideV w:val="single" w:sz="3" w:space="0" w:color="D5DDE3"/>
        </w:tblBorders>
        <w:tblLook w:val="04A0" w:firstRow="1" w:lastRow="0" w:firstColumn="1" w:lastColumn="0" w:noHBand="0" w:noVBand="1"/>
      </w:tblPr>
      <w:tblGrid>
        <w:gridCol w:w="9856"/>
      </w:tblGrid>
      <w:tr w:rsidR="00EF1887" w14:paraId="308D56CC" w14:textId="77777777">
        <w:trPr>
          <w:trHeight w:val="403"/>
          <w:jc w:val="center"/>
        </w:trPr>
        <w:tc>
          <w:tcPr>
            <w:tcW w:w="10080" w:type="dxa"/>
            <w:tcMar>
              <w:top w:w="40" w:type="dxa"/>
              <w:left w:w="80" w:type="dxa"/>
              <w:bottom w:w="40" w:type="dxa"/>
              <w:right w:w="80" w:type="dxa"/>
            </w:tcMar>
          </w:tcPr>
          <w:p w14:paraId="797E50C6" w14:textId="77777777" w:rsidR="00EF1887" w:rsidRDefault="00EF1887">
            <w:pPr>
              <w:spacing w:after="0"/>
            </w:pPr>
          </w:p>
        </w:tc>
      </w:tr>
      <w:tr w:rsidR="00EF1887" w14:paraId="7B04FA47" w14:textId="77777777">
        <w:trPr>
          <w:trHeight w:val="403"/>
          <w:jc w:val="center"/>
        </w:trPr>
        <w:tc>
          <w:tcPr>
            <w:tcW w:w="10080" w:type="dxa"/>
            <w:tcMar>
              <w:top w:w="40" w:type="dxa"/>
              <w:left w:w="80" w:type="dxa"/>
              <w:bottom w:w="40" w:type="dxa"/>
              <w:right w:w="80" w:type="dxa"/>
            </w:tcMar>
          </w:tcPr>
          <w:p w14:paraId="568C698B" w14:textId="77777777" w:rsidR="00EF1887" w:rsidRDefault="00EF1887">
            <w:pPr>
              <w:spacing w:after="0"/>
            </w:pPr>
          </w:p>
        </w:tc>
      </w:tr>
      <w:tr w:rsidR="00EF1887" w14:paraId="1A939487" w14:textId="77777777">
        <w:trPr>
          <w:trHeight w:val="403"/>
          <w:jc w:val="center"/>
        </w:trPr>
        <w:tc>
          <w:tcPr>
            <w:tcW w:w="10080" w:type="dxa"/>
            <w:tcMar>
              <w:top w:w="40" w:type="dxa"/>
              <w:left w:w="80" w:type="dxa"/>
              <w:bottom w:w="40" w:type="dxa"/>
              <w:right w:w="80" w:type="dxa"/>
            </w:tcMar>
          </w:tcPr>
          <w:p w14:paraId="6AA258D8" w14:textId="77777777" w:rsidR="00EF1887" w:rsidRDefault="00EF1887">
            <w:pPr>
              <w:spacing w:after="0"/>
            </w:pPr>
          </w:p>
        </w:tc>
      </w:tr>
    </w:tbl>
    <w:p w14:paraId="6FFBD3EC" w14:textId="77777777" w:rsidR="00EF1887" w:rsidRDefault="00EF1887">
      <w:pPr>
        <w:spacing w:after="0"/>
      </w:pPr>
    </w:p>
    <w:p w14:paraId="2296A6B9" w14:textId="77777777" w:rsidR="00EF1887" w:rsidRDefault="00BA5A91">
      <w:pPr>
        <w:pStyle w:val="Question"/>
      </w:pPr>
      <w:r>
        <w:t>How important are the possible benefits of the potential commitment, as described in the consultation paper?</w:t>
      </w:r>
    </w:p>
    <w:p w14:paraId="2EDFFA1E" w14:textId="5F36F773" w:rsidR="00963426" w:rsidRDefault="00963426" w:rsidP="004E5337">
      <w:pPr>
        <w:pStyle w:val="Instruction"/>
      </w:pPr>
      <w:r>
        <w:t>(Please select one)</w:t>
      </w:r>
    </w:p>
    <w:tbl>
      <w:tblPr>
        <w:tblW w:w="0" w:type="auto"/>
        <w:tblLook w:val="04A0" w:firstRow="1" w:lastRow="0" w:firstColumn="1" w:lastColumn="0" w:noHBand="0" w:noVBand="1"/>
      </w:tblPr>
      <w:tblGrid>
        <w:gridCol w:w="2468"/>
        <w:gridCol w:w="2469"/>
        <w:gridCol w:w="2459"/>
        <w:gridCol w:w="2468"/>
      </w:tblGrid>
      <w:tr w:rsidR="00EF1887" w14:paraId="190B1095" w14:textId="77777777">
        <w:tc>
          <w:tcPr>
            <w:tcW w:w="2520" w:type="dxa"/>
            <w:tcMar>
              <w:top w:w="45" w:type="dxa"/>
              <w:left w:w="70" w:type="dxa"/>
              <w:bottom w:w="45" w:type="dxa"/>
              <w:right w:w="70" w:type="dxa"/>
            </w:tcMar>
            <w:vAlign w:val="center"/>
          </w:tcPr>
          <w:p w14:paraId="65A6E99F" w14:textId="77777777" w:rsidR="00EF1887" w:rsidRDefault="00BA5A91">
            <w:pPr>
              <w:spacing w:after="0"/>
            </w:pPr>
            <w:r>
              <w:rPr>
                <w:rFonts w:ascii="Segoe UI Symbol" w:hAnsi="Segoe UI Symbol" w:cs="Segoe UI Symbol"/>
                <w:sz w:val="19"/>
              </w:rPr>
              <w:t>☐</w:t>
            </w:r>
            <w:r>
              <w:rPr>
                <w:rFonts w:ascii="DejaVu Sans" w:hAnsi="DejaVu Sans"/>
                <w:sz w:val="19"/>
              </w:rPr>
              <w:t xml:space="preserve">  Very important</w:t>
            </w:r>
          </w:p>
        </w:tc>
        <w:tc>
          <w:tcPr>
            <w:tcW w:w="2520" w:type="dxa"/>
            <w:tcMar>
              <w:top w:w="45" w:type="dxa"/>
              <w:left w:w="70" w:type="dxa"/>
              <w:bottom w:w="45" w:type="dxa"/>
              <w:right w:w="70" w:type="dxa"/>
            </w:tcMar>
            <w:vAlign w:val="center"/>
          </w:tcPr>
          <w:p w14:paraId="50004B7B" w14:textId="77777777" w:rsidR="00EF1887" w:rsidRDefault="00BA5A91">
            <w:pPr>
              <w:spacing w:after="0"/>
            </w:pPr>
            <w:r>
              <w:rPr>
                <w:rFonts w:ascii="DejaVu Sans" w:hAnsi="DejaVu Sans"/>
                <w:sz w:val="19"/>
              </w:rPr>
              <w:t>☐  Important</w:t>
            </w:r>
          </w:p>
        </w:tc>
        <w:tc>
          <w:tcPr>
            <w:tcW w:w="2520" w:type="dxa"/>
            <w:tcMar>
              <w:top w:w="45" w:type="dxa"/>
              <w:left w:w="70" w:type="dxa"/>
              <w:bottom w:w="45" w:type="dxa"/>
              <w:right w:w="70" w:type="dxa"/>
            </w:tcMar>
            <w:vAlign w:val="center"/>
          </w:tcPr>
          <w:p w14:paraId="253682C8" w14:textId="77777777" w:rsidR="00EF1887" w:rsidRDefault="00BA5A91">
            <w:pPr>
              <w:spacing w:after="0"/>
            </w:pPr>
            <w:r>
              <w:rPr>
                <w:rFonts w:ascii="DejaVu Sans" w:hAnsi="DejaVu Sans"/>
                <w:sz w:val="19"/>
              </w:rPr>
              <w:t>☐  Neutral</w:t>
            </w:r>
          </w:p>
        </w:tc>
        <w:tc>
          <w:tcPr>
            <w:tcW w:w="2520" w:type="dxa"/>
            <w:tcMar>
              <w:top w:w="45" w:type="dxa"/>
              <w:left w:w="70" w:type="dxa"/>
              <w:bottom w:w="45" w:type="dxa"/>
              <w:right w:w="70" w:type="dxa"/>
            </w:tcMar>
            <w:vAlign w:val="center"/>
          </w:tcPr>
          <w:p w14:paraId="2E327716" w14:textId="77777777" w:rsidR="00EF1887" w:rsidRDefault="00BA5A91">
            <w:pPr>
              <w:spacing w:after="0"/>
            </w:pPr>
            <w:r>
              <w:rPr>
                <w:rFonts w:ascii="DejaVu Sans" w:hAnsi="DejaVu Sans"/>
                <w:sz w:val="19"/>
              </w:rPr>
              <w:t>☐  Not important</w:t>
            </w:r>
          </w:p>
        </w:tc>
      </w:tr>
    </w:tbl>
    <w:p w14:paraId="4E420B66" w14:textId="77777777" w:rsidR="00EF1887" w:rsidRDefault="00BA5A91">
      <w:pPr>
        <w:pStyle w:val="Question"/>
      </w:pPr>
      <w:r>
        <w:t>Do you have any suggestions to modify the potential commitment to increase its benefits?</w:t>
      </w:r>
    </w:p>
    <w:tbl>
      <w:tblPr>
        <w:tblW w:w="0" w:type="auto"/>
        <w:tblLook w:val="04A0" w:firstRow="1" w:lastRow="0" w:firstColumn="1" w:lastColumn="0" w:noHBand="0" w:noVBand="1"/>
      </w:tblPr>
      <w:tblGrid>
        <w:gridCol w:w="4933"/>
        <w:gridCol w:w="4931"/>
      </w:tblGrid>
      <w:tr w:rsidR="00EF1887" w14:paraId="0ABC42F5" w14:textId="77777777">
        <w:tc>
          <w:tcPr>
            <w:tcW w:w="5040" w:type="dxa"/>
            <w:tcMar>
              <w:top w:w="45" w:type="dxa"/>
              <w:left w:w="70" w:type="dxa"/>
              <w:bottom w:w="45" w:type="dxa"/>
              <w:right w:w="70" w:type="dxa"/>
            </w:tcMar>
            <w:vAlign w:val="center"/>
          </w:tcPr>
          <w:p w14:paraId="27BED6B1" w14:textId="77777777" w:rsidR="00EF1887" w:rsidRDefault="00BA5A91">
            <w:pPr>
              <w:spacing w:after="0"/>
            </w:pPr>
            <w:r>
              <w:rPr>
                <w:rFonts w:ascii="DejaVu Sans" w:hAnsi="DejaVu Sans"/>
                <w:sz w:val="19"/>
              </w:rPr>
              <w:t>☐  Yes</w:t>
            </w:r>
          </w:p>
        </w:tc>
        <w:tc>
          <w:tcPr>
            <w:tcW w:w="5040" w:type="dxa"/>
            <w:tcMar>
              <w:top w:w="45" w:type="dxa"/>
              <w:left w:w="70" w:type="dxa"/>
              <w:bottom w:w="45" w:type="dxa"/>
              <w:right w:w="70" w:type="dxa"/>
            </w:tcMar>
            <w:vAlign w:val="center"/>
          </w:tcPr>
          <w:p w14:paraId="19DAC75C" w14:textId="77777777" w:rsidR="00EF1887" w:rsidRDefault="00BA5A91">
            <w:pPr>
              <w:spacing w:after="0"/>
            </w:pPr>
            <w:r>
              <w:rPr>
                <w:rFonts w:ascii="DejaVu Sans" w:hAnsi="DejaVu Sans"/>
                <w:sz w:val="19"/>
              </w:rPr>
              <w:t>☐  No</w:t>
            </w:r>
          </w:p>
        </w:tc>
      </w:tr>
    </w:tbl>
    <w:p w14:paraId="2351D0D0" w14:textId="1945C436" w:rsidR="00EF1887" w:rsidRDefault="00BA5A91">
      <w:pPr>
        <w:pStyle w:val="Instruction"/>
      </w:pPr>
      <w:r>
        <w:t xml:space="preserve">Please expand your response. There is a limit of </w:t>
      </w:r>
      <w:r w:rsidR="000A2907">
        <w:t>1500 characters</w:t>
      </w:r>
    </w:p>
    <w:tbl>
      <w:tblPr>
        <w:tblW w:w="0" w:type="auto"/>
        <w:jc w:val="center"/>
        <w:tblBorders>
          <w:top w:val="single" w:sz="3" w:space="0" w:color="D5DDE3"/>
          <w:left w:val="single" w:sz="3" w:space="0" w:color="D5DDE3"/>
          <w:bottom w:val="single" w:sz="3" w:space="0" w:color="D5DDE3"/>
          <w:right w:val="single" w:sz="3" w:space="0" w:color="D5DDE3"/>
          <w:insideH w:val="single" w:sz="3" w:space="0" w:color="D5DDE3"/>
          <w:insideV w:val="single" w:sz="3" w:space="0" w:color="D5DDE3"/>
        </w:tblBorders>
        <w:tblLook w:val="04A0" w:firstRow="1" w:lastRow="0" w:firstColumn="1" w:lastColumn="0" w:noHBand="0" w:noVBand="1"/>
      </w:tblPr>
      <w:tblGrid>
        <w:gridCol w:w="9856"/>
      </w:tblGrid>
      <w:tr w:rsidR="00EF1887" w14:paraId="30DCCCAD" w14:textId="77777777">
        <w:trPr>
          <w:trHeight w:val="403"/>
          <w:jc w:val="center"/>
        </w:trPr>
        <w:tc>
          <w:tcPr>
            <w:tcW w:w="10080" w:type="dxa"/>
            <w:tcMar>
              <w:top w:w="40" w:type="dxa"/>
              <w:left w:w="80" w:type="dxa"/>
              <w:bottom w:w="40" w:type="dxa"/>
              <w:right w:w="80" w:type="dxa"/>
            </w:tcMar>
          </w:tcPr>
          <w:p w14:paraId="36AF6883" w14:textId="77777777" w:rsidR="00EF1887" w:rsidRDefault="00EF1887">
            <w:pPr>
              <w:spacing w:after="0"/>
            </w:pPr>
          </w:p>
        </w:tc>
      </w:tr>
      <w:tr w:rsidR="00EF1887" w14:paraId="54C529ED" w14:textId="77777777">
        <w:trPr>
          <w:trHeight w:val="403"/>
          <w:jc w:val="center"/>
        </w:trPr>
        <w:tc>
          <w:tcPr>
            <w:tcW w:w="10080" w:type="dxa"/>
            <w:tcMar>
              <w:top w:w="40" w:type="dxa"/>
              <w:left w:w="80" w:type="dxa"/>
              <w:bottom w:w="40" w:type="dxa"/>
              <w:right w:w="80" w:type="dxa"/>
            </w:tcMar>
          </w:tcPr>
          <w:p w14:paraId="1C0157D6" w14:textId="77777777" w:rsidR="00EF1887" w:rsidRDefault="00EF1887">
            <w:pPr>
              <w:spacing w:after="0"/>
            </w:pPr>
          </w:p>
        </w:tc>
      </w:tr>
      <w:tr w:rsidR="00EF1887" w14:paraId="3691E7B2" w14:textId="77777777">
        <w:trPr>
          <w:trHeight w:val="403"/>
          <w:jc w:val="center"/>
        </w:trPr>
        <w:tc>
          <w:tcPr>
            <w:tcW w:w="10080" w:type="dxa"/>
            <w:tcMar>
              <w:top w:w="40" w:type="dxa"/>
              <w:left w:w="80" w:type="dxa"/>
              <w:bottom w:w="40" w:type="dxa"/>
              <w:right w:w="80" w:type="dxa"/>
            </w:tcMar>
          </w:tcPr>
          <w:p w14:paraId="526770CE" w14:textId="77777777" w:rsidR="00EF1887" w:rsidRDefault="00EF1887">
            <w:pPr>
              <w:spacing w:after="0"/>
            </w:pPr>
          </w:p>
        </w:tc>
      </w:tr>
    </w:tbl>
    <w:p w14:paraId="7CBEED82" w14:textId="77777777" w:rsidR="00EF1887" w:rsidRDefault="00EF1887">
      <w:pPr>
        <w:spacing w:after="0"/>
      </w:pPr>
    </w:p>
    <w:p w14:paraId="7D2D4FAF" w14:textId="77777777" w:rsidR="00EF1887" w:rsidRDefault="00BA5A91">
      <w:pPr>
        <w:pStyle w:val="Question"/>
      </w:pPr>
      <w:r>
        <w:t>Do you have any concerns about possible negative impacts from the potential commitment?</w:t>
      </w:r>
    </w:p>
    <w:tbl>
      <w:tblPr>
        <w:tblW w:w="0" w:type="auto"/>
        <w:tblLook w:val="04A0" w:firstRow="1" w:lastRow="0" w:firstColumn="1" w:lastColumn="0" w:noHBand="0" w:noVBand="1"/>
      </w:tblPr>
      <w:tblGrid>
        <w:gridCol w:w="4933"/>
        <w:gridCol w:w="4931"/>
      </w:tblGrid>
      <w:tr w:rsidR="00EF1887" w14:paraId="4225DF41" w14:textId="77777777">
        <w:tc>
          <w:tcPr>
            <w:tcW w:w="5040" w:type="dxa"/>
            <w:tcMar>
              <w:top w:w="45" w:type="dxa"/>
              <w:left w:w="70" w:type="dxa"/>
              <w:bottom w:w="45" w:type="dxa"/>
              <w:right w:w="70" w:type="dxa"/>
            </w:tcMar>
            <w:vAlign w:val="center"/>
          </w:tcPr>
          <w:p w14:paraId="3C9D032C" w14:textId="77777777" w:rsidR="00EF1887" w:rsidRDefault="00BA5A91">
            <w:pPr>
              <w:spacing w:after="0"/>
            </w:pPr>
            <w:r>
              <w:rPr>
                <w:rFonts w:ascii="DejaVu Sans" w:hAnsi="DejaVu Sans"/>
                <w:sz w:val="19"/>
              </w:rPr>
              <w:t>☐  Yes</w:t>
            </w:r>
          </w:p>
        </w:tc>
        <w:tc>
          <w:tcPr>
            <w:tcW w:w="5040" w:type="dxa"/>
            <w:tcMar>
              <w:top w:w="45" w:type="dxa"/>
              <w:left w:w="70" w:type="dxa"/>
              <w:bottom w:w="45" w:type="dxa"/>
              <w:right w:w="70" w:type="dxa"/>
            </w:tcMar>
            <w:vAlign w:val="center"/>
          </w:tcPr>
          <w:p w14:paraId="37B001C4" w14:textId="77777777" w:rsidR="00EF1887" w:rsidRDefault="00BA5A91">
            <w:pPr>
              <w:spacing w:after="0"/>
            </w:pPr>
            <w:r>
              <w:rPr>
                <w:rFonts w:ascii="DejaVu Sans" w:hAnsi="DejaVu Sans"/>
                <w:sz w:val="19"/>
              </w:rPr>
              <w:t>☐  No</w:t>
            </w:r>
          </w:p>
        </w:tc>
      </w:tr>
    </w:tbl>
    <w:p w14:paraId="4A5034C8" w14:textId="1EFB7938" w:rsidR="00EF1887" w:rsidRDefault="00BA5A91">
      <w:pPr>
        <w:pStyle w:val="Instruction"/>
      </w:pPr>
      <w:r>
        <w:t xml:space="preserve">Please expand your response. There is a limit of </w:t>
      </w:r>
      <w:r w:rsidR="000A2907">
        <w:t>1500 characters</w:t>
      </w:r>
    </w:p>
    <w:tbl>
      <w:tblPr>
        <w:tblW w:w="0" w:type="auto"/>
        <w:jc w:val="center"/>
        <w:tblBorders>
          <w:top w:val="single" w:sz="3" w:space="0" w:color="D5DDE3"/>
          <w:left w:val="single" w:sz="3" w:space="0" w:color="D5DDE3"/>
          <w:bottom w:val="single" w:sz="3" w:space="0" w:color="D5DDE3"/>
          <w:right w:val="single" w:sz="3" w:space="0" w:color="D5DDE3"/>
          <w:insideH w:val="single" w:sz="3" w:space="0" w:color="D5DDE3"/>
          <w:insideV w:val="single" w:sz="3" w:space="0" w:color="D5DDE3"/>
        </w:tblBorders>
        <w:tblLook w:val="04A0" w:firstRow="1" w:lastRow="0" w:firstColumn="1" w:lastColumn="0" w:noHBand="0" w:noVBand="1"/>
      </w:tblPr>
      <w:tblGrid>
        <w:gridCol w:w="9856"/>
      </w:tblGrid>
      <w:tr w:rsidR="00EF1887" w14:paraId="6E36661F" w14:textId="77777777">
        <w:trPr>
          <w:trHeight w:val="403"/>
          <w:jc w:val="center"/>
        </w:trPr>
        <w:tc>
          <w:tcPr>
            <w:tcW w:w="10080" w:type="dxa"/>
            <w:tcMar>
              <w:top w:w="40" w:type="dxa"/>
              <w:left w:w="80" w:type="dxa"/>
              <w:bottom w:w="40" w:type="dxa"/>
              <w:right w:w="80" w:type="dxa"/>
            </w:tcMar>
          </w:tcPr>
          <w:p w14:paraId="38645DC7" w14:textId="77777777" w:rsidR="00EF1887" w:rsidRDefault="00EF1887">
            <w:pPr>
              <w:spacing w:after="0"/>
            </w:pPr>
          </w:p>
        </w:tc>
      </w:tr>
      <w:tr w:rsidR="00EF1887" w14:paraId="135E58C4" w14:textId="77777777">
        <w:trPr>
          <w:trHeight w:val="403"/>
          <w:jc w:val="center"/>
        </w:trPr>
        <w:tc>
          <w:tcPr>
            <w:tcW w:w="10080" w:type="dxa"/>
            <w:tcMar>
              <w:top w:w="40" w:type="dxa"/>
              <w:left w:w="80" w:type="dxa"/>
              <w:bottom w:w="40" w:type="dxa"/>
              <w:right w:w="80" w:type="dxa"/>
            </w:tcMar>
          </w:tcPr>
          <w:p w14:paraId="62EBF9A1" w14:textId="77777777" w:rsidR="00EF1887" w:rsidRDefault="00EF1887">
            <w:pPr>
              <w:spacing w:after="0"/>
            </w:pPr>
          </w:p>
        </w:tc>
      </w:tr>
      <w:tr w:rsidR="00EF1887" w14:paraId="0C6C2CD5" w14:textId="77777777">
        <w:trPr>
          <w:trHeight w:val="403"/>
          <w:jc w:val="center"/>
        </w:trPr>
        <w:tc>
          <w:tcPr>
            <w:tcW w:w="10080" w:type="dxa"/>
            <w:tcMar>
              <w:top w:w="40" w:type="dxa"/>
              <w:left w:w="80" w:type="dxa"/>
              <w:bottom w:w="40" w:type="dxa"/>
              <w:right w:w="80" w:type="dxa"/>
            </w:tcMar>
          </w:tcPr>
          <w:p w14:paraId="709E88E4" w14:textId="77777777" w:rsidR="00EF1887" w:rsidRDefault="00EF1887">
            <w:pPr>
              <w:spacing w:after="0"/>
            </w:pPr>
          </w:p>
        </w:tc>
      </w:tr>
    </w:tbl>
    <w:p w14:paraId="508C98E9" w14:textId="77777777" w:rsidR="00EF1887" w:rsidRDefault="00EF1887">
      <w:pPr>
        <w:spacing w:after="0"/>
      </w:pPr>
    </w:p>
    <w:p w14:paraId="779F8E76" w14:textId="77777777" w:rsidR="00EF1887" w:rsidRDefault="00BA5A91">
      <w:r>
        <w:br w:type="page"/>
      </w:r>
    </w:p>
    <w:p w14:paraId="08E1E0A2" w14:textId="77777777" w:rsidR="00EF1887" w:rsidRDefault="00BA5A91">
      <w:pPr>
        <w:pStyle w:val="Heading1"/>
      </w:pPr>
      <w:bookmarkStart w:id="15" w:name="_Toc242800004"/>
      <w:r>
        <w:lastRenderedPageBreak/>
        <w:t>Understanding the importance of the potential commitments</w:t>
      </w:r>
      <w:bookmarkEnd w:id="15"/>
    </w:p>
    <w:p w14:paraId="5EACF49C" w14:textId="77777777" w:rsidR="00EF1887" w:rsidRDefault="00BA5A91">
      <w:pPr>
        <w:pStyle w:val="Question"/>
      </w:pPr>
      <w:r>
        <w:t>Rank the proposed NAP4 commitments based on their importance to you and their potential to advance open government in Australia</w:t>
      </w:r>
    </w:p>
    <w:p w14:paraId="5BB12027" w14:textId="0EAC7E9C" w:rsidR="00EF1887" w:rsidRPr="0076655A" w:rsidRDefault="00BA5A91">
      <w:pPr>
        <w:pStyle w:val="Instruction"/>
      </w:pPr>
      <w:r>
        <w:t>Please rank these 7 commitment proposals in order of importance (1 = most important, 7 = least important).</w:t>
      </w:r>
    </w:p>
    <w:tbl>
      <w:tblPr>
        <w:tblW w:w="0" w:type="auto"/>
        <w:jc w:val="center"/>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Look w:val="04A0" w:firstRow="1" w:lastRow="0" w:firstColumn="1" w:lastColumn="0" w:noHBand="0" w:noVBand="1"/>
      </w:tblPr>
      <w:tblGrid>
        <w:gridCol w:w="9164"/>
        <w:gridCol w:w="690"/>
      </w:tblGrid>
      <w:tr w:rsidR="00EF1887" w14:paraId="50EFFB36" w14:textId="77777777" w:rsidTr="00040D24">
        <w:trPr>
          <w:tblHeader/>
          <w:jc w:val="center"/>
        </w:trPr>
        <w:tc>
          <w:tcPr>
            <w:tcW w:w="0" w:type="auto"/>
            <w:shd w:val="clear" w:color="auto" w:fill="1F4E79"/>
            <w:tcMar>
              <w:top w:w="100" w:type="dxa"/>
              <w:left w:w="100" w:type="dxa"/>
              <w:bottom w:w="100" w:type="dxa"/>
              <w:right w:w="100" w:type="dxa"/>
            </w:tcMar>
          </w:tcPr>
          <w:p w14:paraId="7E99A6F4" w14:textId="77777777" w:rsidR="00EF1887" w:rsidRDefault="00BA5A91">
            <w:pPr>
              <w:jc w:val="center"/>
            </w:pPr>
            <w:r>
              <w:rPr>
                <w:b/>
                <w:color w:val="FFFFFF"/>
              </w:rPr>
              <w:t>Proposed commitment</w:t>
            </w:r>
          </w:p>
        </w:tc>
        <w:tc>
          <w:tcPr>
            <w:tcW w:w="0" w:type="auto"/>
            <w:shd w:val="clear" w:color="auto" w:fill="1F4E79"/>
            <w:tcMar>
              <w:top w:w="100" w:type="dxa"/>
              <w:left w:w="100" w:type="dxa"/>
              <w:bottom w:w="100" w:type="dxa"/>
              <w:right w:w="100" w:type="dxa"/>
            </w:tcMar>
          </w:tcPr>
          <w:p w14:paraId="0AF847C3" w14:textId="77777777" w:rsidR="00EF1887" w:rsidRDefault="00BA5A91">
            <w:pPr>
              <w:jc w:val="center"/>
            </w:pPr>
            <w:r>
              <w:rPr>
                <w:b/>
                <w:color w:val="FFFFFF"/>
              </w:rPr>
              <w:t>Rank</w:t>
            </w:r>
          </w:p>
        </w:tc>
      </w:tr>
      <w:tr w:rsidR="00EF1887" w14:paraId="2BF9A915" w14:textId="77777777" w:rsidTr="00040D24">
        <w:trPr>
          <w:jc w:val="center"/>
        </w:trPr>
        <w:tc>
          <w:tcPr>
            <w:tcW w:w="0" w:type="auto"/>
            <w:tcMar>
              <w:top w:w="90" w:type="dxa"/>
              <w:left w:w="100" w:type="dxa"/>
              <w:bottom w:w="90" w:type="dxa"/>
              <w:right w:w="100" w:type="dxa"/>
            </w:tcMar>
          </w:tcPr>
          <w:p w14:paraId="2D4E334E" w14:textId="77777777" w:rsidR="00EF1887" w:rsidRDefault="00BA5A91">
            <w:r>
              <w:t>Proposed Commitment 1: Delivering Australia’s first National Media Literacy Strategy</w:t>
            </w:r>
          </w:p>
        </w:tc>
        <w:tc>
          <w:tcPr>
            <w:tcW w:w="0" w:type="auto"/>
            <w:tcMar>
              <w:top w:w="90" w:type="dxa"/>
              <w:left w:w="100" w:type="dxa"/>
              <w:bottom w:w="90" w:type="dxa"/>
              <w:right w:w="100" w:type="dxa"/>
            </w:tcMar>
            <w:vAlign w:val="center"/>
          </w:tcPr>
          <w:p w14:paraId="3676E433" w14:textId="77777777" w:rsidR="00EF1887" w:rsidRDefault="00BA5A91">
            <w:pPr>
              <w:jc w:val="center"/>
            </w:pPr>
            <w:r>
              <w:t>____</w:t>
            </w:r>
          </w:p>
        </w:tc>
      </w:tr>
      <w:tr w:rsidR="00EF1887" w14:paraId="1AF8C7AA" w14:textId="77777777" w:rsidTr="00040D24">
        <w:trPr>
          <w:jc w:val="center"/>
        </w:trPr>
        <w:tc>
          <w:tcPr>
            <w:tcW w:w="0" w:type="auto"/>
            <w:tcMar>
              <w:top w:w="90" w:type="dxa"/>
              <w:left w:w="100" w:type="dxa"/>
              <w:bottom w:w="90" w:type="dxa"/>
              <w:right w:w="100" w:type="dxa"/>
            </w:tcMar>
          </w:tcPr>
          <w:p w14:paraId="7F5B5B2D" w14:textId="77777777" w:rsidR="00EF1887" w:rsidRDefault="00BA5A91">
            <w:r>
              <w:t>Proposed Commitment 2: Strengthening Youth Engagement in Government Decision-Making</w:t>
            </w:r>
          </w:p>
        </w:tc>
        <w:tc>
          <w:tcPr>
            <w:tcW w:w="0" w:type="auto"/>
            <w:tcMar>
              <w:top w:w="90" w:type="dxa"/>
              <w:left w:w="100" w:type="dxa"/>
              <w:bottom w:w="90" w:type="dxa"/>
              <w:right w:w="100" w:type="dxa"/>
            </w:tcMar>
            <w:vAlign w:val="center"/>
          </w:tcPr>
          <w:p w14:paraId="5BB65B54" w14:textId="77777777" w:rsidR="00EF1887" w:rsidRDefault="00BA5A91">
            <w:pPr>
              <w:jc w:val="center"/>
            </w:pPr>
            <w:r>
              <w:t>____</w:t>
            </w:r>
          </w:p>
        </w:tc>
      </w:tr>
      <w:tr w:rsidR="00EF1887" w14:paraId="522EAD14" w14:textId="77777777" w:rsidTr="00040D24">
        <w:trPr>
          <w:jc w:val="center"/>
        </w:trPr>
        <w:tc>
          <w:tcPr>
            <w:tcW w:w="0" w:type="auto"/>
            <w:tcMar>
              <w:top w:w="90" w:type="dxa"/>
              <w:left w:w="100" w:type="dxa"/>
              <w:bottom w:w="90" w:type="dxa"/>
              <w:right w:w="100" w:type="dxa"/>
            </w:tcMar>
          </w:tcPr>
          <w:p w14:paraId="19FCECBE" w14:textId="77777777" w:rsidR="00EF1887" w:rsidRDefault="00BA5A91">
            <w:r>
              <w:t>Proposed Commitment 3: Enhancing transparency of corporate ownership to build integrity and trust and reduce the risk of financial crime and corruption</w:t>
            </w:r>
          </w:p>
        </w:tc>
        <w:tc>
          <w:tcPr>
            <w:tcW w:w="0" w:type="auto"/>
            <w:tcMar>
              <w:top w:w="90" w:type="dxa"/>
              <w:left w:w="100" w:type="dxa"/>
              <w:bottom w:w="90" w:type="dxa"/>
              <w:right w:w="100" w:type="dxa"/>
            </w:tcMar>
            <w:vAlign w:val="center"/>
          </w:tcPr>
          <w:p w14:paraId="5C3E131E" w14:textId="77777777" w:rsidR="00EF1887" w:rsidRDefault="00BA5A91">
            <w:pPr>
              <w:jc w:val="center"/>
            </w:pPr>
            <w:r>
              <w:t>____</w:t>
            </w:r>
          </w:p>
        </w:tc>
      </w:tr>
      <w:tr w:rsidR="00EF1887" w14:paraId="62552229" w14:textId="77777777" w:rsidTr="00040D24">
        <w:trPr>
          <w:jc w:val="center"/>
        </w:trPr>
        <w:tc>
          <w:tcPr>
            <w:tcW w:w="0" w:type="auto"/>
            <w:tcMar>
              <w:top w:w="90" w:type="dxa"/>
              <w:left w:w="100" w:type="dxa"/>
              <w:bottom w:w="90" w:type="dxa"/>
              <w:right w:w="100" w:type="dxa"/>
            </w:tcMar>
          </w:tcPr>
          <w:p w14:paraId="5D47ACF4" w14:textId="77777777" w:rsidR="00EF1887" w:rsidRDefault="00BA5A91">
            <w:r>
              <w:t>Proposed Commitment 4: Strengthening civic participation through collaborative design of model government engagement processes</w:t>
            </w:r>
          </w:p>
        </w:tc>
        <w:tc>
          <w:tcPr>
            <w:tcW w:w="0" w:type="auto"/>
            <w:tcMar>
              <w:top w:w="90" w:type="dxa"/>
              <w:left w:w="100" w:type="dxa"/>
              <w:bottom w:w="90" w:type="dxa"/>
              <w:right w:w="100" w:type="dxa"/>
            </w:tcMar>
            <w:vAlign w:val="center"/>
          </w:tcPr>
          <w:p w14:paraId="0AE00EB0" w14:textId="77777777" w:rsidR="00EF1887" w:rsidRDefault="00BA5A91">
            <w:pPr>
              <w:jc w:val="center"/>
            </w:pPr>
            <w:r>
              <w:t>____</w:t>
            </w:r>
          </w:p>
        </w:tc>
      </w:tr>
      <w:tr w:rsidR="00EF1887" w14:paraId="328D6D4E" w14:textId="77777777" w:rsidTr="00040D24">
        <w:trPr>
          <w:jc w:val="center"/>
        </w:trPr>
        <w:tc>
          <w:tcPr>
            <w:tcW w:w="0" w:type="auto"/>
            <w:tcMar>
              <w:top w:w="90" w:type="dxa"/>
              <w:left w:w="100" w:type="dxa"/>
              <w:bottom w:w="90" w:type="dxa"/>
              <w:right w:w="100" w:type="dxa"/>
            </w:tcMar>
          </w:tcPr>
          <w:p w14:paraId="524DB6EB" w14:textId="77777777" w:rsidR="00EF1887" w:rsidRDefault="00BA5A91">
            <w:r>
              <w:t>Proposed Commitment 5: Enhancing transparency of AI and digital accessibility</w:t>
            </w:r>
          </w:p>
        </w:tc>
        <w:tc>
          <w:tcPr>
            <w:tcW w:w="0" w:type="auto"/>
            <w:tcMar>
              <w:top w:w="90" w:type="dxa"/>
              <w:left w:w="100" w:type="dxa"/>
              <w:bottom w:w="90" w:type="dxa"/>
              <w:right w:w="100" w:type="dxa"/>
            </w:tcMar>
            <w:vAlign w:val="center"/>
          </w:tcPr>
          <w:p w14:paraId="4B8CBF84" w14:textId="77777777" w:rsidR="00EF1887" w:rsidRDefault="00BA5A91">
            <w:pPr>
              <w:jc w:val="center"/>
            </w:pPr>
            <w:r>
              <w:t>____</w:t>
            </w:r>
          </w:p>
        </w:tc>
      </w:tr>
      <w:tr w:rsidR="00EF1887" w14:paraId="101DA79E" w14:textId="77777777" w:rsidTr="00040D24">
        <w:trPr>
          <w:jc w:val="center"/>
        </w:trPr>
        <w:tc>
          <w:tcPr>
            <w:tcW w:w="0" w:type="auto"/>
            <w:tcMar>
              <w:top w:w="90" w:type="dxa"/>
              <w:left w:w="100" w:type="dxa"/>
              <w:bottom w:w="90" w:type="dxa"/>
              <w:right w:w="100" w:type="dxa"/>
            </w:tcMar>
          </w:tcPr>
          <w:p w14:paraId="6D7E78B7" w14:textId="77777777" w:rsidR="00EF1887" w:rsidRDefault="00BA5A91">
            <w:r>
              <w:t>Proposed Commitment 6: Strengthening Commonwealth fraud and corruption control frameworks</w:t>
            </w:r>
          </w:p>
        </w:tc>
        <w:tc>
          <w:tcPr>
            <w:tcW w:w="0" w:type="auto"/>
            <w:tcMar>
              <w:top w:w="90" w:type="dxa"/>
              <w:left w:w="100" w:type="dxa"/>
              <w:bottom w:w="90" w:type="dxa"/>
              <w:right w:w="100" w:type="dxa"/>
            </w:tcMar>
            <w:vAlign w:val="center"/>
          </w:tcPr>
          <w:p w14:paraId="4814C80F" w14:textId="77777777" w:rsidR="00EF1887" w:rsidRDefault="00BA5A91">
            <w:pPr>
              <w:jc w:val="center"/>
            </w:pPr>
            <w:r>
              <w:t>____</w:t>
            </w:r>
          </w:p>
        </w:tc>
      </w:tr>
      <w:tr w:rsidR="00EF1887" w14:paraId="460AA0C2" w14:textId="77777777" w:rsidTr="00040D24">
        <w:trPr>
          <w:jc w:val="center"/>
        </w:trPr>
        <w:tc>
          <w:tcPr>
            <w:tcW w:w="0" w:type="auto"/>
            <w:tcMar>
              <w:top w:w="90" w:type="dxa"/>
              <w:left w:w="100" w:type="dxa"/>
              <w:bottom w:w="90" w:type="dxa"/>
              <w:right w:w="100" w:type="dxa"/>
            </w:tcMar>
          </w:tcPr>
          <w:p w14:paraId="0A002CA1" w14:textId="77777777" w:rsidR="00EF1887" w:rsidRDefault="00BA5A91">
            <w:r>
              <w:t>Proposed Commitment 7: Improving access to government information and communications for people with disability</w:t>
            </w:r>
          </w:p>
        </w:tc>
        <w:tc>
          <w:tcPr>
            <w:tcW w:w="0" w:type="auto"/>
            <w:tcMar>
              <w:top w:w="90" w:type="dxa"/>
              <w:left w:w="100" w:type="dxa"/>
              <w:bottom w:w="90" w:type="dxa"/>
              <w:right w:w="100" w:type="dxa"/>
            </w:tcMar>
            <w:vAlign w:val="center"/>
          </w:tcPr>
          <w:p w14:paraId="6CAB4C95" w14:textId="77777777" w:rsidR="00EF1887" w:rsidRDefault="00BA5A91">
            <w:pPr>
              <w:jc w:val="center"/>
            </w:pPr>
            <w:r>
              <w:t>____</w:t>
            </w:r>
          </w:p>
        </w:tc>
      </w:tr>
    </w:tbl>
    <w:p w14:paraId="67EFB4DD" w14:textId="77777777" w:rsidR="00EF1887" w:rsidRDefault="00BA5A91">
      <w:pPr>
        <w:pStyle w:val="Question"/>
      </w:pPr>
      <w:r>
        <w:t>Do you have any other comments?</w:t>
      </w:r>
    </w:p>
    <w:p w14:paraId="54735B45" w14:textId="5759D6B3" w:rsidR="00EF1887" w:rsidRDefault="00BA5A91">
      <w:pPr>
        <w:pStyle w:val="Instruction"/>
      </w:pPr>
      <w:r>
        <w:t xml:space="preserve">Add your comment below. There is a limit of </w:t>
      </w:r>
      <w:r w:rsidR="000A2907">
        <w:t>1500 characters</w:t>
      </w:r>
    </w:p>
    <w:tbl>
      <w:tblPr>
        <w:tblW w:w="0" w:type="auto"/>
        <w:jc w:val="center"/>
        <w:tblBorders>
          <w:top w:val="single" w:sz="3" w:space="0" w:color="D5DDE3"/>
          <w:left w:val="single" w:sz="3" w:space="0" w:color="D5DDE3"/>
          <w:bottom w:val="single" w:sz="3" w:space="0" w:color="D5DDE3"/>
          <w:right w:val="single" w:sz="3" w:space="0" w:color="D5DDE3"/>
          <w:insideH w:val="single" w:sz="3" w:space="0" w:color="D5DDE3"/>
          <w:insideV w:val="single" w:sz="3" w:space="0" w:color="D5DDE3"/>
        </w:tblBorders>
        <w:tblLook w:val="04A0" w:firstRow="1" w:lastRow="0" w:firstColumn="1" w:lastColumn="0" w:noHBand="0" w:noVBand="1"/>
      </w:tblPr>
      <w:tblGrid>
        <w:gridCol w:w="9856"/>
      </w:tblGrid>
      <w:tr w:rsidR="00EF1887" w14:paraId="7818863E" w14:textId="77777777">
        <w:trPr>
          <w:trHeight w:val="403"/>
          <w:jc w:val="center"/>
        </w:trPr>
        <w:tc>
          <w:tcPr>
            <w:tcW w:w="10080" w:type="dxa"/>
            <w:tcMar>
              <w:top w:w="40" w:type="dxa"/>
              <w:left w:w="80" w:type="dxa"/>
              <w:bottom w:w="40" w:type="dxa"/>
              <w:right w:w="80" w:type="dxa"/>
            </w:tcMar>
          </w:tcPr>
          <w:p w14:paraId="44F69B9A" w14:textId="77777777" w:rsidR="00EF1887" w:rsidRDefault="00EF1887">
            <w:pPr>
              <w:spacing w:after="0"/>
            </w:pPr>
          </w:p>
        </w:tc>
      </w:tr>
      <w:tr w:rsidR="00EF1887" w14:paraId="5F07D11E" w14:textId="77777777">
        <w:trPr>
          <w:trHeight w:val="403"/>
          <w:jc w:val="center"/>
        </w:trPr>
        <w:tc>
          <w:tcPr>
            <w:tcW w:w="10080" w:type="dxa"/>
            <w:tcMar>
              <w:top w:w="40" w:type="dxa"/>
              <w:left w:w="80" w:type="dxa"/>
              <w:bottom w:w="40" w:type="dxa"/>
              <w:right w:w="80" w:type="dxa"/>
            </w:tcMar>
          </w:tcPr>
          <w:p w14:paraId="41508A3C" w14:textId="77777777" w:rsidR="00EF1887" w:rsidRDefault="00EF1887">
            <w:pPr>
              <w:spacing w:after="0"/>
            </w:pPr>
          </w:p>
        </w:tc>
      </w:tr>
      <w:tr w:rsidR="00EF1887" w14:paraId="43D6B1D6" w14:textId="77777777">
        <w:trPr>
          <w:trHeight w:val="403"/>
          <w:jc w:val="center"/>
        </w:trPr>
        <w:tc>
          <w:tcPr>
            <w:tcW w:w="10080" w:type="dxa"/>
            <w:tcMar>
              <w:top w:w="40" w:type="dxa"/>
              <w:left w:w="80" w:type="dxa"/>
              <w:bottom w:w="40" w:type="dxa"/>
              <w:right w:w="80" w:type="dxa"/>
            </w:tcMar>
          </w:tcPr>
          <w:p w14:paraId="17DBC151" w14:textId="77777777" w:rsidR="00EF1887" w:rsidRDefault="00EF1887">
            <w:pPr>
              <w:spacing w:after="0"/>
            </w:pPr>
          </w:p>
        </w:tc>
      </w:tr>
    </w:tbl>
    <w:p w14:paraId="6F8BD81B" w14:textId="77777777" w:rsidR="00EF1887" w:rsidRDefault="00EF1887">
      <w:pPr>
        <w:spacing w:after="0"/>
      </w:pPr>
    </w:p>
    <w:p w14:paraId="4B5EB652" w14:textId="77777777" w:rsidR="00EF1887" w:rsidRDefault="00BA5A91">
      <w:pPr>
        <w:pStyle w:val="Heading2"/>
        <w:jc w:val="center"/>
      </w:pPr>
      <w:bookmarkStart w:id="16" w:name="_Toc242800005"/>
      <w:r>
        <w:t>Thank you for your feedback.</w:t>
      </w:r>
      <w:bookmarkEnd w:id="16"/>
    </w:p>
    <w:sectPr w:rsidR="00EF1887" w:rsidSect="00811A5F">
      <w:headerReference w:type="even" r:id="rId18"/>
      <w:headerReference w:type="default" r:id="rId19"/>
      <w:footerReference w:type="even" r:id="rId20"/>
      <w:footerReference w:type="default" r:id="rId21"/>
      <w:headerReference w:type="first" r:id="rId22"/>
      <w:footerReference w:type="first" r:id="rId23"/>
      <w:pgSz w:w="11906" w:h="16838" w:code="9"/>
      <w:pgMar w:top="936" w:right="1021" w:bottom="936" w:left="1021" w:header="357" w:footer="43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D15A6" w14:textId="77777777" w:rsidR="00414D19" w:rsidRDefault="00414D19">
      <w:pPr>
        <w:spacing w:after="0" w:line="240" w:lineRule="auto"/>
      </w:pPr>
      <w:r>
        <w:separator/>
      </w:r>
    </w:p>
  </w:endnote>
  <w:endnote w:type="continuationSeparator" w:id="0">
    <w:p w14:paraId="6E7A58A4" w14:textId="77777777" w:rsidR="00414D19" w:rsidRDefault="00414D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DejaVu Sans">
    <w:altName w:val="Verdan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53178" w14:textId="383853C3" w:rsidR="0040175B" w:rsidRDefault="004A0A5B">
    <w:pPr>
      <w:pStyle w:val="Footer"/>
    </w:pPr>
    <w:r>
      <w:rPr>
        <w:noProof/>
      </w:rPr>
      <mc:AlternateContent>
        <mc:Choice Requires="wps">
          <w:drawing>
            <wp:anchor distT="0" distB="0" distL="0" distR="0" simplePos="0" relativeHeight="251668480" behindDoc="0" locked="0" layoutInCell="1" allowOverlap="1" wp14:anchorId="63F227B2" wp14:editId="2A8E1C8A">
              <wp:simplePos x="635" y="635"/>
              <wp:positionH relativeFrom="page">
                <wp:align>center</wp:align>
              </wp:positionH>
              <wp:positionV relativeFrom="page">
                <wp:align>bottom</wp:align>
              </wp:positionV>
              <wp:extent cx="622300" cy="391160"/>
              <wp:effectExtent l="0" t="0" r="6350" b="0"/>
              <wp:wrapNone/>
              <wp:docPr id="1361101407"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306806BC" w14:textId="21D71B56" w:rsidR="004A0A5B" w:rsidRPr="004A0A5B" w:rsidRDefault="004A0A5B" w:rsidP="004A0A5B">
                          <w:pPr>
                            <w:spacing w:after="0"/>
                            <w:rPr>
                              <w:rFonts w:ascii="Aptos" w:eastAsia="Aptos" w:hAnsi="Aptos" w:cs="Aptos"/>
                              <w:noProof/>
                              <w:color w:val="FF0000"/>
                              <w:sz w:val="24"/>
                              <w:szCs w:val="24"/>
                            </w:rPr>
                          </w:pPr>
                          <w:r w:rsidRPr="004A0A5B">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3F227B2" id="_x0000_t202" coordsize="21600,21600" o:spt="202" path="m,l,21600r21600,l21600,xe">
              <v:stroke joinstyle="miter"/>
              <v:path gradientshapeok="t" o:connecttype="rect"/>
            </v:shapetype>
            <v:shape id="Text Box 11" o:spid="_x0000_s1028" type="#_x0000_t202" alt="OFFICIAL" style="position:absolute;margin-left:0;margin-top:0;width:49pt;height:30.8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PdT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0rPh2n30J9pKUQTnx7J1cttV4LH54FEsE0LYk2&#10;PNGhDfQVh7PFWQP482/+mE+4U5SzngRTcUuK5sx8t8RH1NZo4Ghsk1Hc5p8jPHbf3QPJsKAX4WQy&#10;yYvBjKZG6F5JzsvYiELCSmpX8e1o3oeTcuk5SLVcpiSSkRNhbTdOxtIRrojly/Aq0J0BD8TUI4xq&#10;EuU73E+58aZ3y30g9BMpEdoTkGfESYKJq/NziRp/+5+yro968Qs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LoM91MNAgAAHAQA&#10;AA4AAAAAAAAAAAAAAAAALgIAAGRycy9lMm9Eb2MueG1sUEsBAi0AFAAGAAgAAAAhAIJRlNfaAAAA&#10;AwEAAA8AAAAAAAAAAAAAAAAAZwQAAGRycy9kb3ducmV2LnhtbFBLBQYAAAAABAAEAPMAAABuBQAA&#10;AAA=&#10;" filled="f" stroked="f">
              <v:textbox style="mso-fit-shape-to-text:t" inset="0,0,0,15pt">
                <w:txbxContent>
                  <w:p w14:paraId="306806BC" w14:textId="21D71B56" w:rsidR="004A0A5B" w:rsidRPr="004A0A5B" w:rsidRDefault="004A0A5B" w:rsidP="004A0A5B">
                    <w:pPr>
                      <w:spacing w:after="0"/>
                      <w:rPr>
                        <w:rFonts w:ascii="Aptos" w:eastAsia="Aptos" w:hAnsi="Aptos" w:cs="Aptos"/>
                        <w:noProof/>
                        <w:color w:val="FF0000"/>
                        <w:sz w:val="24"/>
                        <w:szCs w:val="24"/>
                      </w:rPr>
                    </w:pPr>
                    <w:r w:rsidRPr="004A0A5B">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12FD4" w14:textId="5F67A921" w:rsidR="00271709" w:rsidRDefault="00DF63F5">
    <w:pPr>
      <w:pStyle w:val="Footer"/>
      <w:jc w:val="center"/>
      <w:rPr>
        <w:color w:val="5B6573"/>
        <w:sz w:val="16"/>
      </w:rPr>
    </w:pPr>
    <w:r w:rsidRPr="008D4EEB">
      <w:rPr>
        <w:noProof/>
      </w:rPr>
      <w:drawing>
        <wp:anchor distT="0" distB="0" distL="114300" distR="114300" simplePos="0" relativeHeight="251671552" behindDoc="1" locked="0" layoutInCell="1" allowOverlap="1" wp14:anchorId="774D8525" wp14:editId="3D37329B">
          <wp:simplePos x="0" y="0"/>
          <wp:positionH relativeFrom="page">
            <wp:posOffset>-66675</wp:posOffset>
          </wp:positionH>
          <wp:positionV relativeFrom="page">
            <wp:posOffset>9782175</wp:posOffset>
          </wp:positionV>
          <wp:extent cx="7791450" cy="899795"/>
          <wp:effectExtent l="0" t="0" r="0" b="0"/>
          <wp:wrapNone/>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oter page 1 option 1.jpg"/>
                  <pic:cNvPicPr/>
                </pic:nvPicPr>
                <pic:blipFill>
                  <a:blip r:embed="rId1">
                    <a:extLst>
                      <a:ext uri="{28A0092B-C50C-407E-A947-70E740481C1C}">
                        <a14:useLocalDpi xmlns:a14="http://schemas.microsoft.com/office/drawing/2010/main" val="0"/>
                      </a:ext>
                    </a:extLst>
                  </a:blip>
                  <a:stretch>
                    <a:fillRect/>
                  </a:stretch>
                </pic:blipFill>
                <pic:spPr>
                  <a:xfrm>
                    <a:off x="0" y="0"/>
                    <a:ext cx="7791450" cy="899795"/>
                  </a:xfrm>
                  <a:prstGeom prst="rect">
                    <a:avLst/>
                  </a:prstGeom>
                </pic:spPr>
              </pic:pic>
            </a:graphicData>
          </a:graphic>
          <wp14:sizeRelH relativeFrom="margin">
            <wp14:pctWidth>0</wp14:pctWidth>
          </wp14:sizeRelH>
          <wp14:sizeRelV relativeFrom="margin">
            <wp14:pctHeight>0</wp14:pctHeight>
          </wp14:sizeRelV>
        </wp:anchor>
      </w:drawing>
    </w:r>
    <w:r w:rsidR="004A0A5B">
      <w:rPr>
        <w:noProof/>
        <w:color w:val="5B6573"/>
        <w:sz w:val="16"/>
      </w:rPr>
      <mc:AlternateContent>
        <mc:Choice Requires="wps">
          <w:drawing>
            <wp:anchor distT="0" distB="0" distL="0" distR="0" simplePos="0" relativeHeight="251669504" behindDoc="0" locked="0" layoutInCell="1" allowOverlap="1" wp14:anchorId="1D440430" wp14:editId="52067326">
              <wp:simplePos x="685800" y="9372600"/>
              <wp:positionH relativeFrom="page">
                <wp:align>center</wp:align>
              </wp:positionH>
              <wp:positionV relativeFrom="page">
                <wp:align>bottom</wp:align>
              </wp:positionV>
              <wp:extent cx="622300" cy="391160"/>
              <wp:effectExtent l="0" t="0" r="6350" b="0"/>
              <wp:wrapNone/>
              <wp:docPr id="708342715"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64E9022" w14:textId="5EFC34A1" w:rsidR="004A0A5B" w:rsidRPr="004A0A5B" w:rsidRDefault="004A0A5B" w:rsidP="004A0A5B">
                          <w:pPr>
                            <w:spacing w:after="0"/>
                            <w:rPr>
                              <w:rFonts w:ascii="Aptos" w:eastAsia="Aptos" w:hAnsi="Aptos" w:cs="Aptos"/>
                              <w:noProof/>
                              <w:color w:val="FF0000"/>
                              <w:sz w:val="24"/>
                              <w:szCs w:val="24"/>
                            </w:rPr>
                          </w:pPr>
                          <w:r w:rsidRPr="004A0A5B">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D440430" id="_x0000_t202" coordsize="21600,21600" o:spt="202" path="m,l,21600r21600,l21600,xe">
              <v:stroke joinstyle="miter"/>
              <v:path gradientshapeok="t" o:connecttype="rect"/>
            </v:shapetype>
            <v:shape id="Text Box 12" o:spid="_x0000_s1029" type="#_x0000_t202" alt="OFFICIAL" style="position:absolute;left:0;text-align:left;margin-left:0;margin-top:0;width:49pt;height:30.8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0Vu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2p+Tj9FuojLYVw4ts7uWqp9Vr48CyQCKZpSbTh&#10;iQ5toK84nC3OGsCff/PHfMKdopz1JJiKW1I0Z+a7JT6itkYDR2ObjOI2/xzhsfvuHkiGBb0IJ5NJ&#10;XgxmNDVC90pyXsZGFBJWUruKb0fzPpyUS89BquUyJZGMnAhru3Eylo5wRSxfhleB7gx4IKYeYVST&#10;KN/hfsqNN71b7gOhn0iJ0J6APCNOEkxcnZ9L1Pjb/5R1fdSLXwA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NezRW4NAgAAHAQA&#10;AA4AAAAAAAAAAAAAAAAALgIAAGRycy9lMm9Eb2MueG1sUEsBAi0AFAAGAAgAAAAhAIJRlNfaAAAA&#10;AwEAAA8AAAAAAAAAAAAAAAAAZwQAAGRycy9kb3ducmV2LnhtbFBLBQYAAAAABAAEAPMAAABuBQAA&#10;AAA=&#10;" filled="f" stroked="f">
              <v:textbox style="mso-fit-shape-to-text:t" inset="0,0,0,15pt">
                <w:txbxContent>
                  <w:p w14:paraId="164E9022" w14:textId="5EFC34A1" w:rsidR="004A0A5B" w:rsidRPr="004A0A5B" w:rsidRDefault="004A0A5B" w:rsidP="004A0A5B">
                    <w:pPr>
                      <w:spacing w:after="0"/>
                      <w:rPr>
                        <w:rFonts w:ascii="Aptos" w:eastAsia="Aptos" w:hAnsi="Aptos" w:cs="Aptos"/>
                        <w:noProof/>
                        <w:color w:val="FF0000"/>
                        <w:sz w:val="24"/>
                        <w:szCs w:val="24"/>
                      </w:rPr>
                    </w:pPr>
                    <w:r w:rsidRPr="004A0A5B">
                      <w:rPr>
                        <w:rFonts w:ascii="Aptos" w:eastAsia="Aptos" w:hAnsi="Aptos" w:cs="Aptos"/>
                        <w:noProof/>
                        <w:color w:val="FF0000"/>
                        <w:sz w:val="24"/>
                        <w:szCs w:val="24"/>
                      </w:rPr>
                      <w:t>OFFICIAL</w:t>
                    </w:r>
                  </w:p>
                </w:txbxContent>
              </v:textbox>
              <w10:wrap anchorx="page" anchory="page"/>
            </v:shape>
          </w:pict>
        </mc:Fallback>
      </mc:AlternateContent>
    </w:r>
  </w:p>
  <w:p w14:paraId="6870A065" w14:textId="5E8A2D6A" w:rsidR="00271709" w:rsidRDefault="00D64B88" w:rsidP="00D64B88">
    <w:pPr>
      <w:pStyle w:val="Footer"/>
      <w:rPr>
        <w:color w:val="5B6573"/>
        <w:sz w:val="16"/>
      </w:rPr>
    </w:pPr>
    <w:r w:rsidRPr="00D64B88">
      <w:rPr>
        <w:color w:val="5B6573"/>
        <w:sz w:val="16"/>
        <w:lang w:val="en-AU"/>
      </w:rPr>
      <w:t xml:space="preserve">Open Government Partnership: </w:t>
    </w:r>
    <w:r w:rsidR="004A6203">
      <w:rPr>
        <w:color w:val="5B6573"/>
        <w:sz w:val="16"/>
        <w:lang w:val="en-AU"/>
      </w:rPr>
      <w:t>I</w:t>
    </w:r>
    <w:r w:rsidR="004A6203" w:rsidRPr="004A6203">
      <w:rPr>
        <w:color w:val="5B6573"/>
        <w:sz w:val="16"/>
        <w:lang w:val="en-AU"/>
      </w:rPr>
      <w:t>nform the development of Australia’s Fourth National Action Plan</w:t>
    </w:r>
    <w:r>
      <w:rPr>
        <w:color w:val="5B6573"/>
        <w:sz w:val="16"/>
        <w:lang w:val="en-AU"/>
      </w:rPr>
      <w:tab/>
    </w:r>
    <w:r w:rsidRPr="00D64B88">
      <w:rPr>
        <w:b/>
        <w:color w:val="5B6573"/>
        <w:sz w:val="16"/>
        <w:lang w:val="en-AU"/>
      </w:rPr>
      <w:t>ag.gov.au</w:t>
    </w:r>
    <w:r w:rsidRPr="00D64B88">
      <w:rPr>
        <w:color w:val="5B6573"/>
        <w:sz w:val="16"/>
        <w:lang w:val="en-AU"/>
      </w:rPr>
      <w:t xml:space="preserve"> | </w:t>
    </w:r>
    <w:r w:rsidRPr="00D64B88">
      <w:rPr>
        <w:color w:val="5B6573"/>
        <w:sz w:val="16"/>
        <w:lang w:val="en-AU"/>
      </w:rPr>
      <w:fldChar w:fldCharType="begin"/>
    </w:r>
    <w:r w:rsidRPr="00D64B88">
      <w:rPr>
        <w:color w:val="5B6573"/>
        <w:sz w:val="16"/>
        <w:lang w:val="en-AU"/>
      </w:rPr>
      <w:instrText xml:space="preserve"> PAGE   \* MERGEFORMAT </w:instrText>
    </w:r>
    <w:r w:rsidRPr="00D64B88">
      <w:rPr>
        <w:color w:val="5B6573"/>
        <w:sz w:val="16"/>
        <w:lang w:val="en-AU"/>
      </w:rPr>
      <w:fldChar w:fldCharType="separate"/>
    </w:r>
    <w:r w:rsidRPr="00D64B88">
      <w:rPr>
        <w:color w:val="5B6573"/>
        <w:sz w:val="16"/>
        <w:lang w:val="en-AU"/>
      </w:rPr>
      <w:t>1</w:t>
    </w:r>
    <w:r w:rsidRPr="00D64B88">
      <w:rPr>
        <w:color w:val="5B6573"/>
        <w:sz w:val="16"/>
      </w:rPr>
      <w:fldChar w:fldCharType="end"/>
    </w:r>
  </w:p>
  <w:p w14:paraId="663DF420" w14:textId="19536D2F" w:rsidR="00D64B88" w:rsidRDefault="00D64B88" w:rsidP="00D64B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5F0E3" w14:textId="42787AC5" w:rsidR="0040175B" w:rsidRDefault="004A0A5B">
    <w:pPr>
      <w:pStyle w:val="Footer"/>
    </w:pPr>
    <w:r>
      <w:rPr>
        <w:noProof/>
      </w:rPr>
      <mc:AlternateContent>
        <mc:Choice Requires="wps">
          <w:drawing>
            <wp:anchor distT="0" distB="0" distL="0" distR="0" simplePos="0" relativeHeight="251667456" behindDoc="0" locked="0" layoutInCell="1" allowOverlap="1" wp14:anchorId="2AF6AB8B" wp14:editId="0B824D0A">
              <wp:simplePos x="635" y="635"/>
              <wp:positionH relativeFrom="page">
                <wp:align>center</wp:align>
              </wp:positionH>
              <wp:positionV relativeFrom="page">
                <wp:align>bottom</wp:align>
              </wp:positionV>
              <wp:extent cx="622300" cy="391160"/>
              <wp:effectExtent l="0" t="0" r="6350" b="0"/>
              <wp:wrapNone/>
              <wp:docPr id="78479331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2715549" w14:textId="30E1AFA1" w:rsidR="004A0A5B" w:rsidRPr="004A0A5B" w:rsidRDefault="004A0A5B" w:rsidP="004A0A5B">
                          <w:pPr>
                            <w:spacing w:after="0"/>
                            <w:rPr>
                              <w:rFonts w:ascii="Aptos" w:eastAsia="Aptos" w:hAnsi="Aptos" w:cs="Aptos"/>
                              <w:noProof/>
                              <w:color w:val="FF0000"/>
                              <w:sz w:val="24"/>
                              <w:szCs w:val="24"/>
                            </w:rPr>
                          </w:pPr>
                          <w:r w:rsidRPr="004A0A5B">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AF6AB8B" id="_x0000_t202" coordsize="21600,21600" o:spt="202" path="m,l,21600r21600,l21600,xe">
              <v:stroke joinstyle="miter"/>
              <v:path gradientshapeok="t" o:connecttype="rect"/>
            </v:shapetype>
            <v:shape id="Text Box 10" o:spid="_x0000_s1031" type="#_x0000_t202" alt="OFFICIAL" style="position:absolute;margin-left:0;margin-top:0;width:49pt;height:30.8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C5MOrjDgIAABwE&#10;AAAOAAAAAAAAAAAAAAAAAC4CAABkcnMvZTJvRG9jLnhtbFBLAQItABQABgAIAAAAIQCCUZTX2gAA&#10;AAMBAAAPAAAAAAAAAAAAAAAAAGgEAABkcnMvZG93bnJldi54bWxQSwUGAAAAAAQABADzAAAAbwUA&#10;AAAA&#10;" filled="f" stroked="f">
              <v:textbox style="mso-fit-shape-to-text:t" inset="0,0,0,15pt">
                <w:txbxContent>
                  <w:p w14:paraId="62715549" w14:textId="30E1AFA1" w:rsidR="004A0A5B" w:rsidRPr="004A0A5B" w:rsidRDefault="004A0A5B" w:rsidP="004A0A5B">
                    <w:pPr>
                      <w:spacing w:after="0"/>
                      <w:rPr>
                        <w:rFonts w:ascii="Aptos" w:eastAsia="Aptos" w:hAnsi="Aptos" w:cs="Aptos"/>
                        <w:noProof/>
                        <w:color w:val="FF0000"/>
                        <w:sz w:val="24"/>
                        <w:szCs w:val="24"/>
                      </w:rPr>
                    </w:pPr>
                    <w:r w:rsidRPr="004A0A5B">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7BEDE" w14:textId="77777777" w:rsidR="00414D19" w:rsidRDefault="00414D19">
      <w:pPr>
        <w:spacing w:after="0" w:line="240" w:lineRule="auto"/>
      </w:pPr>
      <w:r>
        <w:separator/>
      </w:r>
    </w:p>
  </w:footnote>
  <w:footnote w:type="continuationSeparator" w:id="0">
    <w:p w14:paraId="3B78CC89" w14:textId="77777777" w:rsidR="00414D19" w:rsidRDefault="00414D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8609D" w14:textId="0F65C280" w:rsidR="0040175B" w:rsidRDefault="004A0A5B">
    <w:pPr>
      <w:pStyle w:val="Header"/>
    </w:pPr>
    <w:r>
      <w:rPr>
        <w:noProof/>
      </w:rPr>
      <mc:AlternateContent>
        <mc:Choice Requires="wps">
          <w:drawing>
            <wp:anchor distT="0" distB="0" distL="0" distR="0" simplePos="0" relativeHeight="251665408" behindDoc="0" locked="0" layoutInCell="1" allowOverlap="1" wp14:anchorId="4DE35AA0" wp14:editId="48884D30">
              <wp:simplePos x="635" y="635"/>
              <wp:positionH relativeFrom="page">
                <wp:align>center</wp:align>
              </wp:positionH>
              <wp:positionV relativeFrom="page">
                <wp:align>top</wp:align>
              </wp:positionV>
              <wp:extent cx="622300" cy="391160"/>
              <wp:effectExtent l="0" t="0" r="6350" b="8890"/>
              <wp:wrapNone/>
              <wp:docPr id="921105973"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8D1E422" w14:textId="4729B3D5" w:rsidR="004A0A5B" w:rsidRPr="004A0A5B" w:rsidRDefault="004A0A5B" w:rsidP="004A0A5B">
                          <w:pPr>
                            <w:spacing w:after="0"/>
                            <w:rPr>
                              <w:rFonts w:ascii="Aptos" w:eastAsia="Aptos" w:hAnsi="Aptos" w:cs="Aptos"/>
                              <w:noProof/>
                              <w:color w:val="FF0000"/>
                              <w:sz w:val="24"/>
                              <w:szCs w:val="24"/>
                            </w:rPr>
                          </w:pPr>
                          <w:r w:rsidRPr="004A0A5B">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DE35AA0" id="_x0000_t202" coordsize="21600,21600" o:spt="202" path="m,l,21600r21600,l21600,xe">
              <v:stroke joinstyle="miter"/>
              <v:path gradientshapeok="t" o:connecttype="rect"/>
            </v:shapetype>
            <v:shape id="Text Box 8" o:spid="_x0000_s1026" type="#_x0000_t202" alt="OFFICIAL" style="position:absolute;margin-left:0;margin-top:0;width:49pt;height:30.8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textbox style="mso-fit-shape-to-text:t" inset="0,15pt,0,0">
                <w:txbxContent>
                  <w:p w14:paraId="18D1E422" w14:textId="4729B3D5" w:rsidR="004A0A5B" w:rsidRPr="004A0A5B" w:rsidRDefault="004A0A5B" w:rsidP="004A0A5B">
                    <w:pPr>
                      <w:spacing w:after="0"/>
                      <w:rPr>
                        <w:rFonts w:ascii="Aptos" w:eastAsia="Aptos" w:hAnsi="Aptos" w:cs="Aptos"/>
                        <w:noProof/>
                        <w:color w:val="FF0000"/>
                        <w:sz w:val="24"/>
                        <w:szCs w:val="24"/>
                      </w:rPr>
                    </w:pPr>
                    <w:r w:rsidRPr="004A0A5B">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784B2" w14:textId="30907094" w:rsidR="00271709" w:rsidRDefault="006A6604">
    <w:pPr>
      <w:pStyle w:val="Header"/>
      <w:jc w:val="right"/>
      <w:rPr>
        <w:b/>
        <w:color w:val="1F4E79"/>
        <w:sz w:val="16"/>
      </w:rPr>
    </w:pPr>
    <w:r w:rsidRPr="008D4EEB">
      <w:rPr>
        <w:noProof/>
      </w:rPr>
      <w:drawing>
        <wp:anchor distT="0" distB="0" distL="114300" distR="114300" simplePos="0" relativeHeight="251675648" behindDoc="1" locked="0" layoutInCell="1" allowOverlap="1" wp14:anchorId="0BB672E1" wp14:editId="2AAB177B">
          <wp:simplePos x="0" y="0"/>
          <wp:positionH relativeFrom="page">
            <wp:posOffset>-19050</wp:posOffset>
          </wp:positionH>
          <wp:positionV relativeFrom="page">
            <wp:posOffset>0</wp:posOffset>
          </wp:positionV>
          <wp:extent cx="7559675" cy="1781810"/>
          <wp:effectExtent l="0" t="0" r="3175" b="8890"/>
          <wp:wrapNone/>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Header page 3 - Teal.jpg"/>
                  <pic:cNvPicPr/>
                </pic:nvPicPr>
                <pic:blipFill>
                  <a:blip r:embed="rId1">
                    <a:extLst>
                      <a:ext uri="{28A0092B-C50C-407E-A947-70E740481C1C}">
                        <a14:useLocalDpi xmlns:a14="http://schemas.microsoft.com/office/drawing/2010/main" val="0"/>
                      </a:ext>
                    </a:extLst>
                  </a:blip>
                  <a:stretch>
                    <a:fillRect/>
                  </a:stretch>
                </pic:blipFill>
                <pic:spPr>
                  <a:xfrm>
                    <a:off x="0" y="0"/>
                    <a:ext cx="7559675" cy="1781810"/>
                  </a:xfrm>
                  <a:prstGeom prst="rect">
                    <a:avLst/>
                  </a:prstGeom>
                </pic:spPr>
              </pic:pic>
            </a:graphicData>
          </a:graphic>
          <wp14:sizeRelH relativeFrom="margin">
            <wp14:pctWidth>0</wp14:pctWidth>
          </wp14:sizeRelH>
          <wp14:sizeRelV relativeFrom="margin">
            <wp14:pctHeight>0</wp14:pctHeight>
          </wp14:sizeRelV>
        </wp:anchor>
      </w:drawing>
    </w:r>
    <w:r w:rsidR="004A0A5B">
      <w:rPr>
        <w:b/>
        <w:noProof/>
        <w:color w:val="1F4E79"/>
        <w:sz w:val="16"/>
      </w:rPr>
      <mc:AlternateContent>
        <mc:Choice Requires="wps">
          <w:drawing>
            <wp:anchor distT="0" distB="0" distL="0" distR="0" simplePos="0" relativeHeight="251666432" behindDoc="0" locked="0" layoutInCell="1" allowOverlap="1" wp14:anchorId="7BB1821F" wp14:editId="016D4A4E">
              <wp:simplePos x="685800" y="228600"/>
              <wp:positionH relativeFrom="page">
                <wp:align>center</wp:align>
              </wp:positionH>
              <wp:positionV relativeFrom="page">
                <wp:align>top</wp:align>
              </wp:positionV>
              <wp:extent cx="622300" cy="391160"/>
              <wp:effectExtent l="0" t="0" r="6350" b="8890"/>
              <wp:wrapNone/>
              <wp:docPr id="694717425"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39DFD8A6" w14:textId="5B872987" w:rsidR="004A0A5B" w:rsidRPr="004A0A5B" w:rsidRDefault="004A0A5B" w:rsidP="004A0A5B">
                          <w:pPr>
                            <w:spacing w:after="0"/>
                            <w:rPr>
                              <w:rFonts w:ascii="Aptos" w:eastAsia="Aptos" w:hAnsi="Aptos" w:cs="Aptos"/>
                              <w:noProof/>
                              <w:color w:val="FF0000"/>
                              <w:sz w:val="24"/>
                              <w:szCs w:val="24"/>
                            </w:rPr>
                          </w:pPr>
                          <w:r w:rsidRPr="004A0A5B">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B1821F" id="_x0000_t202" coordsize="21600,21600" o:spt="202" path="m,l,21600r21600,l21600,xe">
              <v:stroke joinstyle="miter"/>
              <v:path gradientshapeok="t" o:connecttype="rect"/>
            </v:shapetype>
            <v:shape id="Text Box 9" o:spid="_x0000_s1027" type="#_x0000_t202" alt="OFFICIAL" style="position:absolute;left:0;text-align:left;margin-left:0;margin-top:0;width:49pt;height:30.8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" filled="f" stroked="f">
              <v:textbox style="mso-fit-shape-to-text:t" inset="0,15pt,0,0">
                <w:txbxContent>
                  <w:p w14:paraId="39DFD8A6" w14:textId="5B872987" w:rsidR="004A0A5B" w:rsidRPr="004A0A5B" w:rsidRDefault="004A0A5B" w:rsidP="004A0A5B">
                    <w:pPr>
                      <w:spacing w:after="0"/>
                      <w:rPr>
                        <w:rFonts w:ascii="Aptos" w:eastAsia="Aptos" w:hAnsi="Aptos" w:cs="Aptos"/>
                        <w:noProof/>
                        <w:color w:val="FF0000"/>
                        <w:sz w:val="24"/>
                        <w:szCs w:val="24"/>
                      </w:rPr>
                    </w:pPr>
                    <w:r w:rsidRPr="004A0A5B">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FD70E" w14:textId="26F059AF" w:rsidR="0040175B" w:rsidRDefault="006A23FB">
    <w:pPr>
      <w:pStyle w:val="Header"/>
    </w:pPr>
    <w:r w:rsidRPr="008D4EEB">
      <w:rPr>
        <w:noProof/>
      </w:rPr>
      <w:drawing>
        <wp:anchor distT="0" distB="0" distL="114300" distR="114300" simplePos="0" relativeHeight="251673600" behindDoc="1" locked="0" layoutInCell="1" allowOverlap="1" wp14:anchorId="2DC14403" wp14:editId="5C7C8BE5">
          <wp:simplePos x="0" y="0"/>
          <wp:positionH relativeFrom="page">
            <wp:posOffset>0</wp:posOffset>
          </wp:positionH>
          <wp:positionV relativeFrom="page">
            <wp:posOffset>0</wp:posOffset>
          </wp:positionV>
          <wp:extent cx="7560000" cy="1813790"/>
          <wp:effectExtent l="0" t="0" r="3175" b="0"/>
          <wp:wrapNone/>
          <wp:docPr id="1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eader page 1 - Blue.jpg"/>
                  <pic:cNvPicPr/>
                </pic:nvPicPr>
                <pic:blipFill>
                  <a:blip r:embed="rId1">
                    <a:extLst>
                      <a:ext uri="{28A0092B-C50C-407E-A947-70E740481C1C}">
                        <a14:useLocalDpi xmlns:a14="http://schemas.microsoft.com/office/drawing/2010/main" val="0"/>
                      </a:ext>
                    </a:extLst>
                  </a:blip>
                  <a:stretch>
                    <a:fillRect/>
                  </a:stretch>
                </pic:blipFill>
                <pic:spPr>
                  <a:xfrm>
                    <a:off x="0" y="0"/>
                    <a:ext cx="7560000" cy="1813790"/>
                  </a:xfrm>
                  <a:prstGeom prst="rect">
                    <a:avLst/>
                  </a:prstGeom>
                </pic:spPr>
              </pic:pic>
            </a:graphicData>
          </a:graphic>
          <wp14:sizeRelH relativeFrom="margin">
            <wp14:pctWidth>0</wp14:pctWidth>
          </wp14:sizeRelH>
          <wp14:sizeRelV relativeFrom="margin">
            <wp14:pctHeight>0</wp14:pctHeight>
          </wp14:sizeRelV>
        </wp:anchor>
      </w:drawing>
    </w:r>
    <w:r w:rsidR="004A0A5B">
      <w:rPr>
        <w:noProof/>
      </w:rPr>
      <mc:AlternateContent>
        <mc:Choice Requires="wps">
          <w:drawing>
            <wp:anchor distT="0" distB="0" distL="0" distR="0" simplePos="0" relativeHeight="251664384" behindDoc="0" locked="0" layoutInCell="1" allowOverlap="1" wp14:anchorId="33023A74" wp14:editId="2B7DA06E">
              <wp:simplePos x="635" y="635"/>
              <wp:positionH relativeFrom="page">
                <wp:align>center</wp:align>
              </wp:positionH>
              <wp:positionV relativeFrom="page">
                <wp:align>top</wp:align>
              </wp:positionV>
              <wp:extent cx="622300" cy="391160"/>
              <wp:effectExtent l="0" t="0" r="6350" b="8890"/>
              <wp:wrapNone/>
              <wp:docPr id="838398599"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A5BDE06" w14:textId="616185C9" w:rsidR="004A0A5B" w:rsidRPr="004A0A5B" w:rsidRDefault="004A0A5B" w:rsidP="004A0A5B">
                          <w:pPr>
                            <w:spacing w:after="0"/>
                            <w:rPr>
                              <w:rFonts w:ascii="Aptos" w:eastAsia="Aptos" w:hAnsi="Aptos" w:cs="Aptos"/>
                              <w:noProof/>
                              <w:color w:val="FF0000"/>
                              <w:sz w:val="24"/>
                              <w:szCs w:val="24"/>
                            </w:rPr>
                          </w:pPr>
                          <w:r w:rsidRPr="004A0A5B">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023A74" id="_x0000_t202" coordsize="21600,21600" o:spt="202" path="m,l,21600r21600,l21600,xe">
              <v:stroke joinstyle="miter"/>
              <v:path gradientshapeok="t" o:connecttype="rect"/>
            </v:shapetype>
            <v:shape id="Text Box 7" o:spid="_x0000_s1030" type="#_x0000_t202" alt="OFFICIAL" style="position:absolute;margin-left:0;margin-top:0;width:49pt;height:30.8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BKSAlqDQIAABwEAAAO&#10;AAAAAAAAAAAAAAAAAC4CAABkcnMvZTJvRG9jLnhtbFBLAQItABQABgAIAAAAIQBhokho2AAAAAMB&#10;AAAPAAAAAAAAAAAAAAAAAGcEAABkcnMvZG93bnJldi54bWxQSwUGAAAAAAQABADzAAAAbAUAAAAA&#10;" filled="f" stroked="f">
              <v:textbox style="mso-fit-shape-to-text:t" inset="0,15pt,0,0">
                <w:txbxContent>
                  <w:p w14:paraId="6A5BDE06" w14:textId="616185C9" w:rsidR="004A0A5B" w:rsidRPr="004A0A5B" w:rsidRDefault="004A0A5B" w:rsidP="004A0A5B">
                    <w:pPr>
                      <w:spacing w:after="0"/>
                      <w:rPr>
                        <w:rFonts w:ascii="Aptos" w:eastAsia="Aptos" w:hAnsi="Aptos" w:cs="Aptos"/>
                        <w:noProof/>
                        <w:color w:val="FF0000"/>
                        <w:sz w:val="24"/>
                        <w:szCs w:val="24"/>
                      </w:rPr>
                    </w:pPr>
                    <w:r w:rsidRPr="004A0A5B">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62216275">
    <w:abstractNumId w:val="8"/>
  </w:num>
  <w:num w:numId="2" w16cid:durableId="1477602945">
    <w:abstractNumId w:val="6"/>
  </w:num>
  <w:num w:numId="3" w16cid:durableId="1387144638">
    <w:abstractNumId w:val="5"/>
  </w:num>
  <w:num w:numId="4" w16cid:durableId="428743220">
    <w:abstractNumId w:val="4"/>
  </w:num>
  <w:num w:numId="5" w16cid:durableId="708845415">
    <w:abstractNumId w:val="7"/>
  </w:num>
  <w:num w:numId="6" w16cid:durableId="860361314">
    <w:abstractNumId w:val="3"/>
  </w:num>
  <w:num w:numId="7" w16cid:durableId="1530141522">
    <w:abstractNumId w:val="2"/>
  </w:num>
  <w:num w:numId="8" w16cid:durableId="471869321">
    <w:abstractNumId w:val="1"/>
  </w:num>
  <w:num w:numId="9" w16cid:durableId="514392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CB9"/>
    <w:rsid w:val="00034616"/>
    <w:rsid w:val="00040624"/>
    <w:rsid w:val="00040D24"/>
    <w:rsid w:val="0005598B"/>
    <w:rsid w:val="0006036F"/>
    <w:rsid w:val="0006063C"/>
    <w:rsid w:val="00063059"/>
    <w:rsid w:val="000669D2"/>
    <w:rsid w:val="00070E1B"/>
    <w:rsid w:val="000A2907"/>
    <w:rsid w:val="000B163A"/>
    <w:rsid w:val="000C1BD0"/>
    <w:rsid w:val="000C6283"/>
    <w:rsid w:val="00100BFE"/>
    <w:rsid w:val="0015074B"/>
    <w:rsid w:val="00187DC8"/>
    <w:rsid w:val="001F05A5"/>
    <w:rsid w:val="00220B4F"/>
    <w:rsid w:val="00226247"/>
    <w:rsid w:val="00271709"/>
    <w:rsid w:val="0029639D"/>
    <w:rsid w:val="002B68B5"/>
    <w:rsid w:val="002D5E29"/>
    <w:rsid w:val="00326F90"/>
    <w:rsid w:val="00343407"/>
    <w:rsid w:val="003614CA"/>
    <w:rsid w:val="003E5A1A"/>
    <w:rsid w:val="0040175B"/>
    <w:rsid w:val="00414D19"/>
    <w:rsid w:val="00452403"/>
    <w:rsid w:val="004536E2"/>
    <w:rsid w:val="00454C5A"/>
    <w:rsid w:val="004A0A5B"/>
    <w:rsid w:val="004A6203"/>
    <w:rsid w:val="004D0076"/>
    <w:rsid w:val="004E5337"/>
    <w:rsid w:val="004F2012"/>
    <w:rsid w:val="004F6D84"/>
    <w:rsid w:val="004F7CF9"/>
    <w:rsid w:val="005218F6"/>
    <w:rsid w:val="00563EBF"/>
    <w:rsid w:val="005B52E5"/>
    <w:rsid w:val="005C454C"/>
    <w:rsid w:val="0061160A"/>
    <w:rsid w:val="006349DE"/>
    <w:rsid w:val="00665FF7"/>
    <w:rsid w:val="006A23FB"/>
    <w:rsid w:val="006A4BDD"/>
    <w:rsid w:val="006A6604"/>
    <w:rsid w:val="006C41BA"/>
    <w:rsid w:val="006E52A7"/>
    <w:rsid w:val="006E6E7F"/>
    <w:rsid w:val="007250B6"/>
    <w:rsid w:val="0076655A"/>
    <w:rsid w:val="007875FB"/>
    <w:rsid w:val="007E4F67"/>
    <w:rsid w:val="007F63DF"/>
    <w:rsid w:val="008024CE"/>
    <w:rsid w:val="0080693F"/>
    <w:rsid w:val="00811A5F"/>
    <w:rsid w:val="008A5619"/>
    <w:rsid w:val="008E5C82"/>
    <w:rsid w:val="00963426"/>
    <w:rsid w:val="00A02497"/>
    <w:rsid w:val="00A1523D"/>
    <w:rsid w:val="00A831F1"/>
    <w:rsid w:val="00AA1D8D"/>
    <w:rsid w:val="00AC1649"/>
    <w:rsid w:val="00B12B73"/>
    <w:rsid w:val="00B47730"/>
    <w:rsid w:val="00BA5A91"/>
    <w:rsid w:val="00C02D1B"/>
    <w:rsid w:val="00C21E0D"/>
    <w:rsid w:val="00C25667"/>
    <w:rsid w:val="00CB0664"/>
    <w:rsid w:val="00D64B88"/>
    <w:rsid w:val="00D739A5"/>
    <w:rsid w:val="00D91777"/>
    <w:rsid w:val="00DF63F5"/>
    <w:rsid w:val="00E27A84"/>
    <w:rsid w:val="00ED2CDA"/>
    <w:rsid w:val="00EF1887"/>
    <w:rsid w:val="00FB0377"/>
    <w:rsid w:val="00FB2C8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eastAsia="Arial" w:hAnsi="Arial"/>
      <w:sz w:val="20"/>
    </w:rPr>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b/>
      <w:bCs/>
      <w:color w:val="17365D"/>
      <w:sz w:val="34"/>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0F6B78"/>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contextualSpacing/>
    </w:pPr>
    <w:rPr>
      <w:rFonts w:asciiTheme="majorHAnsi" w:eastAsiaTheme="majorEastAsia" w:hAnsiTheme="majorHAnsi" w:cstheme="majorBidi"/>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Question">
    <w:name w:val="Question"/>
    <w:pPr>
      <w:keepNext/>
      <w:spacing w:before="160" w:after="80"/>
    </w:pPr>
    <w:rPr>
      <w:rFonts w:ascii="Arial" w:hAnsi="Arial"/>
      <w:b/>
      <w:color w:val="17365D"/>
      <w:sz w:val="21"/>
    </w:rPr>
  </w:style>
  <w:style w:type="paragraph" w:customStyle="1" w:styleId="Instruction">
    <w:name w:val="Instruction"/>
    <w:pPr>
      <w:spacing w:after="80"/>
    </w:pPr>
    <w:rPr>
      <w:rFonts w:ascii="Arial" w:hAnsi="Arial"/>
      <w:i/>
      <w:color w:val="5B6573"/>
      <w:sz w:val="18"/>
    </w:rPr>
  </w:style>
  <w:style w:type="paragraph" w:customStyle="1" w:styleId="CommitmentText">
    <w:name w:val="CommitmentText"/>
    <w:pPr>
      <w:spacing w:after="160"/>
    </w:pPr>
    <w:rPr>
      <w:rFonts w:ascii="Arial" w:hAnsi="Arial"/>
      <w:sz w:val="21"/>
    </w:rPr>
  </w:style>
  <w:style w:type="character" w:styleId="Hyperlink">
    <w:name w:val="Hyperlink"/>
    <w:basedOn w:val="DefaultParagraphFont"/>
    <w:uiPriority w:val="99"/>
    <w:unhideWhenUsed/>
    <w:rsid w:val="00040D24"/>
    <w:rPr>
      <w:color w:val="0000FF" w:themeColor="hyperlink"/>
      <w:u w:val="single"/>
    </w:rPr>
  </w:style>
  <w:style w:type="character" w:styleId="UnresolvedMention">
    <w:name w:val="Unresolved Mention"/>
    <w:basedOn w:val="DefaultParagraphFont"/>
    <w:uiPriority w:val="99"/>
    <w:semiHidden/>
    <w:unhideWhenUsed/>
    <w:rsid w:val="00040D24"/>
    <w:rPr>
      <w:color w:val="605E5C"/>
      <w:shd w:val="clear" w:color="auto" w:fill="E1DFDD"/>
    </w:rPr>
  </w:style>
  <w:style w:type="character" w:styleId="CommentReference">
    <w:name w:val="annotation reference"/>
    <w:basedOn w:val="DefaultParagraphFont"/>
    <w:uiPriority w:val="99"/>
    <w:semiHidden/>
    <w:unhideWhenUsed/>
    <w:rsid w:val="000669D2"/>
    <w:rPr>
      <w:sz w:val="16"/>
      <w:szCs w:val="16"/>
    </w:rPr>
  </w:style>
  <w:style w:type="paragraph" w:styleId="CommentText">
    <w:name w:val="annotation text"/>
    <w:basedOn w:val="Normal"/>
    <w:link w:val="CommentTextChar"/>
    <w:uiPriority w:val="99"/>
    <w:unhideWhenUsed/>
    <w:rsid w:val="000669D2"/>
    <w:pPr>
      <w:spacing w:line="240" w:lineRule="auto"/>
    </w:pPr>
    <w:rPr>
      <w:szCs w:val="20"/>
    </w:rPr>
  </w:style>
  <w:style w:type="character" w:customStyle="1" w:styleId="CommentTextChar">
    <w:name w:val="Comment Text Char"/>
    <w:basedOn w:val="DefaultParagraphFont"/>
    <w:link w:val="CommentText"/>
    <w:uiPriority w:val="99"/>
    <w:rsid w:val="000669D2"/>
    <w:rPr>
      <w:rFonts w:ascii="Arial" w:eastAsia="Arial" w:hAnsi="Arial"/>
      <w:sz w:val="20"/>
      <w:szCs w:val="20"/>
    </w:rPr>
  </w:style>
  <w:style w:type="paragraph" w:styleId="CommentSubject">
    <w:name w:val="annotation subject"/>
    <w:basedOn w:val="CommentText"/>
    <w:next w:val="CommentText"/>
    <w:link w:val="CommentSubjectChar"/>
    <w:uiPriority w:val="99"/>
    <w:semiHidden/>
    <w:unhideWhenUsed/>
    <w:rsid w:val="000669D2"/>
    <w:rPr>
      <w:b/>
      <w:bCs/>
    </w:rPr>
  </w:style>
  <w:style w:type="character" w:customStyle="1" w:styleId="CommentSubjectChar">
    <w:name w:val="Comment Subject Char"/>
    <w:basedOn w:val="CommentTextChar"/>
    <w:link w:val="CommentSubject"/>
    <w:uiPriority w:val="99"/>
    <w:semiHidden/>
    <w:rsid w:val="000669D2"/>
    <w:rPr>
      <w:rFonts w:ascii="Arial" w:eastAsia="Arial" w:hAnsi="Arial"/>
      <w:b/>
      <w:bCs/>
      <w:sz w:val="20"/>
      <w:szCs w:val="20"/>
    </w:rPr>
  </w:style>
  <w:style w:type="paragraph" w:styleId="Revision">
    <w:name w:val="Revision"/>
    <w:hidden/>
    <w:uiPriority w:val="99"/>
    <w:semiHidden/>
    <w:rsid w:val="004A6203"/>
    <w:pPr>
      <w:spacing w:after="0" w:line="240" w:lineRule="auto"/>
    </w:pPr>
    <w:rPr>
      <w:rFonts w:ascii="Arial" w:eastAsia="Arial" w:hAnsi="Arial"/>
      <w:sz w:val="20"/>
    </w:rPr>
  </w:style>
  <w:style w:type="paragraph" w:styleId="TOC1">
    <w:name w:val="toc 1"/>
    <w:basedOn w:val="Normal"/>
    <w:next w:val="Normal"/>
    <w:autoRedefine/>
    <w:uiPriority w:val="39"/>
    <w:unhideWhenUsed/>
    <w:rsid w:val="007F63DF"/>
    <w:pPr>
      <w:spacing w:after="100"/>
    </w:pPr>
  </w:style>
  <w:style w:type="paragraph" w:styleId="TOC2">
    <w:name w:val="toc 2"/>
    <w:basedOn w:val="Normal"/>
    <w:next w:val="Normal"/>
    <w:autoRedefine/>
    <w:uiPriority w:val="39"/>
    <w:unhideWhenUsed/>
    <w:rsid w:val="007F63DF"/>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sultations.ag.gov.au/integrity/ogp-fnap" TargetMode="External"/><Relationship Id="rId13" Type="http://schemas.openxmlformats.org/officeDocument/2006/relationships/hyperlink" Target="https://www.ag.gov.au/integrity/australias-open-government-partnership/australias-fourth-national-action-plan"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ag.gov.au/integrity/australias-open-government-partnership/australias-open-government-forum" TargetMode="External"/><Relationship Id="rId17" Type="http://schemas.openxmlformats.org/officeDocument/2006/relationships/hyperlink" Target="https://www.youth.gov.au/office-youth/youth-advisory-group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ag.gov.au/about-us/accountability-and-reporting/privacy-policy"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g.gov.au/integrity/australias-open-government-partnership/australias-third-national-action-plan"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onsultations.ag.gov.au/privacy_policy/" TargetMode="External"/><Relationship Id="rId23" Type="http://schemas.openxmlformats.org/officeDocument/2006/relationships/footer" Target="footer3.xml"/><Relationship Id="rId10" Type="http://schemas.openxmlformats.org/officeDocument/2006/relationships/hyperlink" Target="https://www.opengovpartnership.org/"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opengovernment@ag.gov.au" TargetMode="External"/><Relationship Id="rId14" Type="http://schemas.openxmlformats.org/officeDocument/2006/relationships/hyperlink" Target="https://www.opengovpartnership.org/ogp-participation-co-creation-standards/"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BC643-C77B-4E65-BED3-FCAD802B50B4}">
  <ds:schemaRefs>
    <ds:schemaRef ds:uri="http://schemas.openxmlformats.org/officeDocument/2006/bibliography"/>
  </ds:schemaRefs>
</ds:datastoreItem>
</file>

<file path=docMetadata/LabelInfo.xml><?xml version="1.0" encoding="utf-8"?>
<clbl:labelList xmlns:clbl="http://schemas.microsoft.com/office/2020/mipLabelMetadata">
  <clbl:label id="{262c8d61-d98b-43e2-bbb3-092158328373}" enabled="1" method="Privileged" siteId="{5d2dd196-0646-4419-8922-440f7d464cf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12</Pages>
  <Words>2914</Words>
  <Characters>16516</Characters>
  <Application>Microsoft Office Word</Application>
  <DocSecurity>0</DocSecurity>
  <Lines>527</Lines>
  <Paragraphs>319</Paragraphs>
  <ScaleCrop>false</ScaleCrop>
  <Manager/>
  <Company/>
  <LinksUpToDate>false</LinksUpToDate>
  <CharactersWithSpaces>19262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Government Partnership: Inform the development of Australia’s Fourth National Action Plan</dc:title>
  <dc:subject/>
  <dc:creator/>
  <cp:keywords/>
  <dc:description/>
  <cp:lastModifiedBy/>
  <cp:revision>1</cp:revision>
  <dcterms:created xsi:type="dcterms:W3CDTF">2026-10-15T00:36:00Z</dcterms:created>
  <dcterms:modified xsi:type="dcterms:W3CDTF">2026-10-15T00:37:00Z</dcterms:modified>
  <cp:category/>
</cp:coreProperties>
</file>